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5F" w:rsidRPr="00D83E4C" w:rsidRDefault="00883FB4" w:rsidP="00D83E4C">
      <w:pPr>
        <w:sectPr w:rsidR="00EF085F" w:rsidRPr="00D83E4C">
          <w:pgSz w:w="11900" w:h="16840"/>
          <w:pgMar w:top="8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086475" cy="9324975"/>
            <wp:effectExtent l="19050" t="0" r="9525" b="0"/>
            <wp:docPr id="1" name="Рисунок 1" descr="C:\Users\Admin00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0\Pictures\img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5F" w:rsidRDefault="00683B4D" w:rsidP="00883FB4">
      <w:pPr>
        <w:pStyle w:val="1"/>
        <w:ind w:left="0"/>
      </w:pPr>
      <w:r>
        <w:lastRenderedPageBreak/>
        <w:pict>
          <v:rect id="_x0000_s1032" style="position:absolute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864668">
        <w:t>ПОЯСНИТЕЛЬНАЯЗАПИСКА</w:t>
      </w:r>
    </w:p>
    <w:p w:rsidR="004210E8" w:rsidRDefault="004210E8" w:rsidP="004210E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Рабочая программа  математике на уровень начального общего образования для обучающихся 1–4-х классов разработана в соответствии с требованиями: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приказа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28.01.2021№ 2;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концепции преподавания русского языка и литературы в Российской Федерации, утвержденной распоряжением Правительства от 09.04.2016 № 637-р;</w:t>
      </w:r>
    </w:p>
    <w:p w:rsidR="004210E8" w:rsidRDefault="004210E8" w:rsidP="004210E8">
      <w:pPr>
        <w:widowControl/>
        <w:numPr>
          <w:ilvl w:val="0"/>
          <w:numId w:val="20"/>
        </w:numPr>
        <w:autoSpaceDE/>
        <w:autoSpaceDN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рабочей программы воспитания  МБОУ «Средняя школа № 18 ».</w:t>
      </w:r>
    </w:p>
    <w:p w:rsidR="004210E8" w:rsidRDefault="004210E8" w:rsidP="004210E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Рабочая программа учебного предмета «Математика»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приоритеты, сформулированные в рабочей программе воспитания  МБОУ «Средняя школа № 18 с крымскотатарским    языком  обучения».</w:t>
      </w:r>
    </w:p>
    <w:p w:rsidR="00EF085F" w:rsidRDefault="00864668">
      <w:pPr>
        <w:pStyle w:val="a5"/>
        <w:spacing w:before="118" w:line="292" w:lineRule="auto"/>
        <w:ind w:left="106" w:firstLine="180"/>
      </w:pPr>
      <w:r>
        <w:t>Изучениематематикивначальнойшколенаправленонадостижениеследующихобразовательных,развивающихцелей, а также целейвоспитания: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405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ихизмерения; использование арифметических способов для разрешения сюжетных ситуаций;формирование умения решать учебные и практические задачи средствами математики; работа салгоритмамивыполненияарифметических действий.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котораяхарактеризуется наличием у него опыта решения учебно-познавательных и учебно-практическихзадач,построенныхнапониманииипримененииматематическихотношений(«часть-целое»,</w:t>
      </w:r>
    </w:p>
    <w:p w:rsidR="00EF085F" w:rsidRDefault="00864668">
      <w:pPr>
        <w:pStyle w:val="a5"/>
        <w:spacing w:line="292" w:lineRule="auto"/>
        <w:ind w:right="1562"/>
      </w:pPr>
      <w:r>
        <w:t>«больше-меньше», «равно-неравно», «порядок»), смысла арифметических действий,зависимостей(работа,движение,продолжительностьсобытия).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308" w:firstLine="0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 способности кинтеллектуальной деятельности, пространственного воображения, математической речи; умениестроить рассуждения, выбирать аргументацию,различать верные (истинные) и неверные(ложные) утверждения, вести поиск информации (примеров, оснований для упорядочения,вариантови др.).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310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иумственному труду; важнейших качеств интеллектуальной деятельности: теоретического ипространственного мышления, воображения, математической речи, ориентировки вматематических терминах и понятиях; прочныхнавыков использования математических знанийвповседневной жизни.</w:t>
      </w:r>
    </w:p>
    <w:p w:rsidR="00EF085F" w:rsidRDefault="00864668">
      <w:pPr>
        <w:pStyle w:val="a5"/>
        <w:spacing w:before="225" w:line="292" w:lineRule="auto"/>
        <w:ind w:left="106" w:right="901" w:firstLine="180"/>
      </w:pPr>
      <w:r>
        <w:t>В основе конструирования содержания и отбора планируемых результатов лежат следующиеценностиматематики,коррелирующиесостановлениемличностимладшего</w:t>
      </w:r>
      <w:r w:rsidR="002C6E8B">
        <w:t xml:space="preserve"> </w:t>
      </w:r>
      <w:r>
        <w:t>школьника: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190" w:firstLine="0"/>
        <w:rPr>
          <w:sz w:val="24"/>
        </w:rPr>
      </w:pPr>
      <w:r>
        <w:rPr>
          <w:sz w:val="24"/>
        </w:rPr>
        <w:lastRenderedPageBreak/>
        <w:t>понимание математических отношений выступает средством познания закономерностейсуществования   окружающего мира, фактов, процессовиявлений,происходящихвприроде ив обществе (хронология событий, протяжённость по времени, образование целого из частей,изменениеформы, размера и т.д.);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890" w:firstLine="0"/>
        <w:rPr>
          <w:sz w:val="24"/>
        </w:rPr>
      </w:pPr>
      <w:r>
        <w:rPr>
          <w:sz w:val="24"/>
        </w:rPr>
        <w:t>математическиепредставленияочислах,величинах,геометрическихфигурахявляютсяусловием целостного восприятия творений природы и человека (памятники архитектуры,сокровищаискусства и культуры,объекты природы);</w:t>
      </w:r>
    </w:p>
    <w:p w:rsidR="00EF085F" w:rsidRPr="002C6E8B" w:rsidRDefault="00864668" w:rsidP="002C6E8B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214" w:firstLine="0"/>
        <w:rPr>
          <w:sz w:val="24"/>
        </w:rPr>
        <w:sectPr w:rsidR="00EF085F" w:rsidRPr="002C6E8B">
          <w:pgSz w:w="11900" w:h="16840"/>
          <w:pgMar w:top="520" w:right="540" w:bottom="280" w:left="560" w:header="720" w:footer="720" w:gutter="0"/>
          <w:cols w:space="720"/>
        </w:sectPr>
      </w:pPr>
      <w:r w:rsidRPr="002C6E8B">
        <w:rPr>
          <w:sz w:val="24"/>
        </w:rPr>
        <w:t>владение математическим языком, элементами алгоритмического мышления позволяетученикусовершенствоватькоммуникативнуюдеятельность</w:t>
      </w:r>
    </w:p>
    <w:p w:rsidR="00EF085F" w:rsidRDefault="00864668">
      <w:pPr>
        <w:pStyle w:val="a5"/>
        <w:spacing w:before="168" w:line="292" w:lineRule="auto"/>
        <w:ind w:left="106" w:right="354" w:firstLine="180"/>
      </w:pPr>
      <w:r>
        <w:lastRenderedPageBreak/>
        <w:t>Младшие школьники проявляют интерес к математической сущности предметов и явленийокружающей жизни - возможности их измерить, определить величину, форму, выявить зависимостиизакономерностиихрасположениявовремении в пространстве. Осознанию младшимшкольником многих математических явлений помогает его тяга к моделированию, что облегчаетосвоение общего способа решения учебной задачи, а также работу с разными средствамиинформации,втомчисле играфическими (таблица,диаграмма, схема).</w:t>
      </w:r>
    </w:p>
    <w:p w:rsidR="00EF085F" w:rsidRDefault="00864668">
      <w:pPr>
        <w:pStyle w:val="a5"/>
        <w:spacing w:line="292" w:lineRule="auto"/>
        <w:ind w:left="106" w:right="287" w:firstLine="180"/>
      </w:pPr>
      <w:r>
        <w:t>В начальной школе математические знания и умения применяются школьником при изучениидругих учебных предметов (количественные и пространственные характеристики, оценки, расчёты иприкидка, использование графических форм представления информации). Приобретённые ученикомумения строить алгоритмы, выбирать рациональные способы устных и письменных арифметическихвычислений, приёмы проверки правильности выполнения действий, а также различение, называние,изображение геометрических фигур, нахождение геометрических величин (длина, периметр,площадь) становятся показателями сформированной функциональной грамотности младшегошкольникаипредпосылкойуспешногодальнейшегообучениявосновномзвенешколы.</w:t>
      </w:r>
    </w:p>
    <w:p w:rsidR="00A2525D" w:rsidRDefault="00864668" w:rsidP="00A2525D">
      <w:pPr>
        <w:pStyle w:val="a5"/>
        <w:spacing w:before="112"/>
        <w:ind w:left="286"/>
      </w:pPr>
      <w:r>
        <w:t>Наизучениематематикив1</w:t>
      </w:r>
      <w:r w:rsidR="00A2525D">
        <w:t xml:space="preserve"> – 4 классах </w:t>
      </w:r>
      <w:r>
        <w:t>отводится4часавнеделю,всего</w:t>
      </w:r>
      <w:r w:rsidR="00D81C23">
        <w:t xml:space="preserve">540 часов: в 1 классе -132 часа, </w:t>
      </w:r>
      <w:r w:rsidR="00A2525D">
        <w:t xml:space="preserve"> во </w:t>
      </w:r>
      <w:r w:rsidR="00A2525D">
        <w:rPr>
          <w:color w:val="000000"/>
        </w:rPr>
        <w:t>2</w:t>
      </w:r>
      <w:r w:rsidR="00D81C23">
        <w:rPr>
          <w:color w:val="000000"/>
        </w:rPr>
        <w:t xml:space="preserve"> классе - </w:t>
      </w:r>
      <w:r w:rsidR="00A2525D">
        <w:rPr>
          <w:color w:val="000000"/>
        </w:rPr>
        <w:t xml:space="preserve"> 136 часов, в 3 </w:t>
      </w:r>
      <w:r w:rsidR="00D81C23">
        <w:rPr>
          <w:color w:val="000000"/>
        </w:rPr>
        <w:t>классе - 136 часов, в 4 классе- 136 часов</w:t>
      </w:r>
    </w:p>
    <w:p w:rsidR="00A2525D" w:rsidRDefault="00A2525D"/>
    <w:p w:rsidR="00A2525D" w:rsidRDefault="00A2525D" w:rsidP="00A2525D"/>
    <w:p w:rsidR="00EF085F" w:rsidRPr="00A2525D" w:rsidRDefault="00EF085F" w:rsidP="00A2525D">
      <w:pPr>
        <w:sectPr w:rsidR="00EF085F" w:rsidRPr="00A2525D">
          <w:pgSz w:w="11900" w:h="16840"/>
          <w:pgMar w:top="500" w:right="540" w:bottom="280" w:left="560" w:header="720" w:footer="720" w:gutter="0"/>
          <w:cols w:space="720"/>
        </w:sectPr>
      </w:pPr>
    </w:p>
    <w:p w:rsidR="00EF085F" w:rsidRDefault="00683B4D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864668">
        <w:t>СОДЕРЖАНИЕУЧЕБНОГОПРЕДМЕТА</w:t>
      </w:r>
    </w:p>
    <w:p w:rsidR="00EF085F" w:rsidRDefault="00864668">
      <w:pPr>
        <w:pStyle w:val="a5"/>
        <w:spacing w:before="179"/>
        <w:ind w:left="286"/>
      </w:pPr>
      <w:r>
        <w:t>Основноесодержаниеобучениявпрограммепредставленоразделами:«Числаивеличины»,</w:t>
      </w:r>
    </w:p>
    <w:p w:rsidR="00EF085F" w:rsidRDefault="00864668">
      <w:pPr>
        <w:pStyle w:val="a5"/>
        <w:spacing w:before="60" w:line="292" w:lineRule="auto"/>
        <w:ind w:left="106" w:right="279"/>
      </w:pPr>
      <w:r>
        <w:t>«Арифметические действия», «Текстовые задачи», «Пространственные отношения и геометрическиефигуры»,«Математическаяинформация».</w:t>
      </w:r>
    </w:p>
    <w:p w:rsidR="00D81C23" w:rsidRPr="00D81C23" w:rsidRDefault="00D81C23">
      <w:pPr>
        <w:pStyle w:val="a5"/>
        <w:spacing w:before="60" w:line="292" w:lineRule="auto"/>
        <w:ind w:left="106" w:right="279"/>
        <w:rPr>
          <w:b/>
        </w:rPr>
      </w:pPr>
      <w:r w:rsidRPr="00D81C23">
        <w:rPr>
          <w:b/>
        </w:rPr>
        <w:t xml:space="preserve"> 1 класс</w:t>
      </w:r>
    </w:p>
    <w:p w:rsidR="00EF085F" w:rsidRDefault="00864668">
      <w:pPr>
        <w:pStyle w:val="1"/>
        <w:spacing w:before="119"/>
        <w:ind w:left="286"/>
      </w:pPr>
      <w:r>
        <w:t>Числаивеличины</w:t>
      </w:r>
    </w:p>
    <w:p w:rsidR="00EF085F" w:rsidRDefault="00864668">
      <w:pPr>
        <w:pStyle w:val="a5"/>
        <w:spacing w:before="60" w:line="292" w:lineRule="auto"/>
        <w:ind w:left="106" w:firstLine="180"/>
      </w:pPr>
      <w:r>
        <w:t>Числаот1до9:различение,чтение,запись.Единицасчёта.Десяток.Счётпредметов,записьрезультатацифрами. Числои цифра 0при измерении,вычислении.</w:t>
      </w:r>
    </w:p>
    <w:p w:rsidR="00EF085F" w:rsidRDefault="00864668">
      <w:pPr>
        <w:pStyle w:val="a5"/>
        <w:spacing w:line="292" w:lineRule="auto"/>
        <w:ind w:left="106" w:firstLine="180"/>
      </w:pPr>
      <w:r>
        <w:t>Числавпределах20:чтение,запись,сравнение.Однозначныеидвузначныечисла.Увеличение(уменьшение)числа на несколько единиц.</w:t>
      </w:r>
    </w:p>
    <w:p w:rsidR="00EF085F" w:rsidRDefault="00864668">
      <w:pPr>
        <w:pStyle w:val="a5"/>
        <w:spacing w:line="292" w:lineRule="auto"/>
        <w:ind w:left="106" w:right="536" w:firstLine="180"/>
      </w:pPr>
      <w:r>
        <w:t>Длина и её измерение. Единицы длины: сантиметр, дециметр; установление соотношения междуними.</w:t>
      </w:r>
    </w:p>
    <w:p w:rsidR="00EF085F" w:rsidRDefault="00864668">
      <w:pPr>
        <w:pStyle w:val="1"/>
        <w:spacing w:before="116"/>
        <w:ind w:left="286"/>
      </w:pPr>
      <w:r>
        <w:t>Арифметическиедействия</w:t>
      </w:r>
    </w:p>
    <w:p w:rsidR="00EF085F" w:rsidRDefault="00864668">
      <w:pPr>
        <w:pStyle w:val="a5"/>
        <w:spacing w:before="60" w:line="292" w:lineRule="auto"/>
        <w:ind w:left="106" w:right="188" w:firstLine="180"/>
      </w:pPr>
      <w:r>
        <w:t>Сложение и вычитание чисел в пределах 20. Названия компонентов действий, результатов действийсложения,вычитания. Вычитаниекакдействие,обратное сложению.</w:t>
      </w:r>
    </w:p>
    <w:p w:rsidR="00EF085F" w:rsidRDefault="00864668">
      <w:pPr>
        <w:pStyle w:val="1"/>
        <w:spacing w:before="119"/>
        <w:ind w:left="286"/>
      </w:pPr>
      <w:r>
        <w:t>Текстовыезадачи</w:t>
      </w:r>
    </w:p>
    <w:p w:rsidR="00EF085F" w:rsidRDefault="00864668">
      <w:pPr>
        <w:pStyle w:val="a5"/>
        <w:spacing w:before="60" w:line="292" w:lineRule="auto"/>
        <w:ind w:left="106" w:right="483" w:firstLine="180"/>
      </w:pPr>
      <w:r>
        <w:t>Текстовая задача: структурные элементы, составление текстовой задачи по образцу. Зависимостьмеждуданнымииискомойвеличинойвтекстовойзадаче.Решениезадачводнодействие.</w:t>
      </w:r>
    </w:p>
    <w:p w:rsidR="00EF085F" w:rsidRDefault="00864668">
      <w:pPr>
        <w:pStyle w:val="1"/>
        <w:spacing w:before="119"/>
        <w:ind w:left="286"/>
      </w:pPr>
      <w:r>
        <w:t>Пространственныеотношенияигеометрическиефигуры</w:t>
      </w:r>
    </w:p>
    <w:p w:rsidR="00EF085F" w:rsidRDefault="00864668">
      <w:pPr>
        <w:pStyle w:val="a5"/>
        <w:spacing w:before="60" w:line="292" w:lineRule="auto"/>
        <w:ind w:left="106" w:right="94" w:firstLine="180"/>
      </w:pPr>
      <w:r>
        <w:t>Расположениепредметовиобъектовнаплоскости,впространстве:слева/справа,сверху/снизу,между;установление пространственных отношений.</w:t>
      </w:r>
    </w:p>
    <w:p w:rsidR="00EF085F" w:rsidRDefault="00864668">
      <w:pPr>
        <w:pStyle w:val="a5"/>
        <w:spacing w:line="292" w:lineRule="auto"/>
        <w:ind w:left="106" w:right="223" w:firstLine="180"/>
      </w:pPr>
      <w:r>
        <w:t>Геометрические фигуры: распознавание круга, треугольника, прямоугольника, отрезка. Построениеотрезка, квадрата, треугольника с помощью линейки на листе в клетку; измерение длины отрезка всантиметрах.</w:t>
      </w:r>
    </w:p>
    <w:p w:rsidR="00EF085F" w:rsidRDefault="00864668">
      <w:pPr>
        <w:pStyle w:val="1"/>
        <w:spacing w:before="117"/>
        <w:ind w:left="286"/>
      </w:pPr>
      <w:r>
        <w:t>Математическаяинформация</w:t>
      </w:r>
    </w:p>
    <w:p w:rsidR="00EF085F" w:rsidRDefault="00864668">
      <w:pPr>
        <w:pStyle w:val="a5"/>
        <w:spacing w:before="60" w:line="292" w:lineRule="auto"/>
        <w:ind w:left="106" w:firstLine="180"/>
      </w:pPr>
      <w:r>
        <w:t>Сборданныхобобъектепообразцу.Характеристикиобъекта,группыобъектов(количество,форма,размер).Группировка объектовпо заданномупризнаку.</w:t>
      </w:r>
    </w:p>
    <w:p w:rsidR="00EF085F" w:rsidRDefault="00864668">
      <w:pPr>
        <w:pStyle w:val="a5"/>
        <w:spacing w:line="275" w:lineRule="exact"/>
        <w:ind w:left="286"/>
      </w:pPr>
      <w:r>
        <w:t>Закономерностьврядузаданныхобъектов:еёобнаружение,продолжениеряда.</w:t>
      </w:r>
    </w:p>
    <w:p w:rsidR="00EF085F" w:rsidRDefault="00864668">
      <w:pPr>
        <w:pStyle w:val="a5"/>
        <w:spacing w:before="61" w:line="292" w:lineRule="auto"/>
        <w:ind w:left="106" w:right="769" w:firstLine="180"/>
      </w:pPr>
      <w:r>
        <w:t>Верные (истинные) и неверные (ложные) предложения, составленные относительно заданногонабораматематических объектов.</w:t>
      </w:r>
    </w:p>
    <w:p w:rsidR="00EF085F" w:rsidRDefault="00864668">
      <w:pPr>
        <w:pStyle w:val="a5"/>
        <w:spacing w:line="292" w:lineRule="auto"/>
        <w:ind w:left="106" w:right="258" w:firstLine="180"/>
      </w:pPr>
      <w:r>
        <w:t>Чтение таблицы (содержащей не более 4-х данных); извлечение данного из строки, столбца;внесение одного-двух данных в таблицу. Чтение рисунка, схемы с одним-двумя числовыми данными(значениямиданных величин).</w:t>
      </w:r>
    </w:p>
    <w:p w:rsidR="00EF085F" w:rsidRDefault="00864668">
      <w:pPr>
        <w:pStyle w:val="a5"/>
        <w:spacing w:line="292" w:lineRule="auto"/>
        <w:ind w:left="106" w:right="847" w:firstLine="180"/>
      </w:pPr>
      <w:r>
        <w:t>Двух-трёхшаговые инструкции, связанные с вычислением, измерением длины, изображениемгеометрическойфигуры.</w:t>
      </w:r>
    </w:p>
    <w:p w:rsidR="00EF085F" w:rsidRDefault="00864668">
      <w:pPr>
        <w:pStyle w:val="1"/>
        <w:spacing w:before="115"/>
        <w:ind w:left="286"/>
      </w:pPr>
      <w:r>
        <w:t>Универсальныеучебныедействия(пропедевтическийуровень)</w:t>
      </w:r>
    </w:p>
    <w:p w:rsidR="00EF085F" w:rsidRDefault="00864668">
      <w:pPr>
        <w:spacing w:before="181"/>
        <w:ind w:left="286"/>
        <w:rPr>
          <w:i/>
          <w:sz w:val="24"/>
        </w:rPr>
      </w:pPr>
      <w:r>
        <w:rPr>
          <w:i/>
          <w:sz w:val="24"/>
        </w:rPr>
        <w:t>Универсальныепознавательныеучебныедействия: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наблюдатьматематическиеобъекты(числа,величины)вокружающеммире;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обнаруживатьобщееиразличноевзаписиарифметическихдействий;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пониматьназначениеинеобходимостьиспользованиявеличинвжизни;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наблюдатьдействиеизмерительныхприборов;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сравниватьдваобъекта,двачисла;распределятьобъектынагруппыпозаданному</w:t>
      </w:r>
    </w:p>
    <w:p w:rsidR="00EF085F" w:rsidRDefault="00EF085F">
      <w:pPr>
        <w:rPr>
          <w:sz w:val="24"/>
        </w:rPr>
        <w:sectPr w:rsidR="00EF085F">
          <w:pgSz w:w="11900" w:h="16840"/>
          <w:pgMar w:top="520" w:right="540" w:bottom="280" w:left="560" w:header="720" w:footer="720" w:gutter="0"/>
          <w:cols w:space="720"/>
        </w:sectPr>
      </w:pPr>
    </w:p>
    <w:p w:rsidR="00EF085F" w:rsidRDefault="00864668">
      <w:pPr>
        <w:pStyle w:val="a5"/>
        <w:spacing w:before="62"/>
      </w:pPr>
      <w:r>
        <w:lastRenderedPageBreak/>
        <w:t>основанию;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966" w:firstLine="0"/>
        <w:rPr>
          <w:sz w:val="24"/>
        </w:rPr>
      </w:pPr>
      <w:r>
        <w:rPr>
          <w:sz w:val="24"/>
        </w:rPr>
        <w:t>копировать изученные фигуры, рисовать от руки по собственному замыслу; приводитьпримерычисел, геометрических фигур;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вестипорядковыйиколичественныйсчет(соблюдатьпоследовательность).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Работасинформацией: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 w:line="292" w:lineRule="auto"/>
        <w:ind w:right="269" w:firstLine="0"/>
        <w:rPr>
          <w:sz w:val="24"/>
        </w:rPr>
      </w:pPr>
      <w:r>
        <w:rPr>
          <w:sz w:val="24"/>
        </w:rPr>
        <w:t>понимать, что математические явления могут быть представлены с помощью разных средств:текст,числоваязапись, таблица,рисунок, схема;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читатьтаблицу,извлекатьинформацию,представленнуювтабличнойформе.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Универсальныекоммуникативныеучебныедействия: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 w:line="292" w:lineRule="auto"/>
        <w:ind w:right="1214" w:firstLine="0"/>
        <w:rPr>
          <w:sz w:val="24"/>
        </w:rPr>
      </w:pPr>
      <w:r>
        <w:rPr>
          <w:sz w:val="24"/>
        </w:rPr>
        <w:t>характеризовать (описывать) число, геометрическую фигуру, последовательность изнесколькихчисел, записанных по порядку;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1104" w:firstLine="0"/>
        <w:rPr>
          <w:sz w:val="24"/>
        </w:rPr>
      </w:pPr>
      <w:r>
        <w:rPr>
          <w:sz w:val="24"/>
        </w:rPr>
        <w:t>комментировать ход сравнения двух объектов; описывать своими словами сюжетнуюситуациюиматематическое отношение,представленноевзадаче;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655" w:firstLine="0"/>
        <w:rPr>
          <w:sz w:val="24"/>
        </w:rPr>
      </w:pPr>
      <w:r>
        <w:rPr>
          <w:sz w:val="24"/>
        </w:rPr>
        <w:t>описывать положение предмета в пространстве различать и использовать математическиезнаки;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строитьпредложенияотносительнозаданногонабораобъектов.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Универсальныерегулятивныеучебныедействия: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приниматьучебнуюзадачу,удерживатьеёвпроцесседеятельности;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действоватьвсоответствииспредложеннымобразцом,инструкцией;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825" w:firstLine="0"/>
        <w:rPr>
          <w:sz w:val="24"/>
        </w:rPr>
      </w:pPr>
      <w:r>
        <w:rPr>
          <w:sz w:val="24"/>
        </w:rPr>
        <w:t>проявлятьинтерескпроверкерезультатоврешенияучебнойзадачи,спомощьюучителяустанавливатьпричину возникшей ошибкии трудности;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проверятьправильностьвычисленияспомощьюдругогоприёмавыполнениядействия.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Совместнаядеятельность: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участвоватьвпарнойработесматематическимматериалом;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1" w:line="292" w:lineRule="auto"/>
        <w:ind w:right="264" w:firstLine="0"/>
        <w:rPr>
          <w:sz w:val="24"/>
        </w:rPr>
      </w:pPr>
      <w:r>
        <w:rPr>
          <w:sz w:val="24"/>
        </w:rPr>
        <w:t>выполнятьправиласовместнойдеятельности:договариваться,считатьсясмнениемпартнёра,спокойнои мирно разрешатьконфликты.</w:t>
      </w:r>
    </w:p>
    <w:p w:rsidR="00D81C23" w:rsidRDefault="00D81C23">
      <w:pPr>
        <w:spacing w:line="292" w:lineRule="auto"/>
        <w:rPr>
          <w:sz w:val="24"/>
        </w:rPr>
      </w:pPr>
    </w:p>
    <w:p w:rsidR="00D81C23" w:rsidRPr="00D81C23" w:rsidRDefault="00D81C23" w:rsidP="00D81C23">
      <w:pPr>
        <w:rPr>
          <w:sz w:val="24"/>
        </w:rPr>
      </w:pPr>
    </w:p>
    <w:p w:rsidR="00D81C23" w:rsidRPr="00D81C23" w:rsidRDefault="00D81C23" w:rsidP="00D81C23">
      <w:pPr>
        <w:ind w:firstLine="720"/>
        <w:rPr>
          <w:b/>
          <w:sz w:val="24"/>
        </w:rPr>
      </w:pPr>
      <w:r w:rsidRPr="00D81C23">
        <w:rPr>
          <w:b/>
          <w:sz w:val="24"/>
        </w:rPr>
        <w:t>2 класс</w:t>
      </w:r>
    </w:p>
    <w:p w:rsidR="00D81C23" w:rsidRPr="00D81C23" w:rsidRDefault="00D81C23" w:rsidP="00D81C23">
      <w:pPr>
        <w:rPr>
          <w:b/>
          <w:sz w:val="24"/>
        </w:rPr>
      </w:pP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Числа и величины</w:t>
      </w:r>
    </w:p>
    <w:p w:rsidR="00D81C23" w:rsidRDefault="00D81C23" w:rsidP="00D81C23">
      <w:pPr>
        <w:tabs>
          <w:tab w:val="left" w:pos="180"/>
        </w:tabs>
        <w:spacing w:line="261" w:lineRule="auto"/>
        <w:ind w:right="14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D81C23" w:rsidRDefault="00D81C23" w:rsidP="00D81C23">
      <w:pPr>
        <w:spacing w:line="268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Величины: сравнение по массе (единица массы — килограмм); измерение длины (единицы длины— метр, дециметр, сантиметр, миллиметр), времени (единицы времени — час, минута) Соотношение между единицами величины (в пределах 100), его применение для решения практических задач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Арифметические действия</w:t>
      </w:r>
    </w:p>
    <w:p w:rsidR="00D81C23" w:rsidRDefault="00D81C23" w:rsidP="00D81C23">
      <w:pPr>
        <w:tabs>
          <w:tab w:val="left" w:pos="180"/>
        </w:tabs>
        <w:spacing w:line="2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D81C23" w:rsidRDefault="00D81C23" w:rsidP="00D81C23">
      <w:pPr>
        <w:spacing w:line="268" w:lineRule="auto"/>
        <w:ind w:right="432"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D81C23" w:rsidRDefault="00D81C23" w:rsidP="00D81C23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Неизвестный компонент действия сложения, действия вычитания; его нахождение.</w:t>
      </w:r>
    </w:p>
    <w:p w:rsidR="00D81C23" w:rsidRDefault="00D81C23" w:rsidP="00D81C23">
      <w:pPr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Текстовые задачи</w:t>
      </w:r>
    </w:p>
    <w:p w:rsidR="00D81C23" w:rsidRDefault="00D81C23" w:rsidP="00D81C23">
      <w:pPr>
        <w:spacing w:line="280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Пространственные отношения и геометрические фигуры</w:t>
      </w:r>
    </w:p>
    <w:p w:rsidR="00D81C23" w:rsidRDefault="00D81C23" w:rsidP="00D81C23">
      <w:pPr>
        <w:spacing w:line="280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Математическая информация</w:t>
      </w:r>
    </w:p>
    <w:p w:rsidR="00D81C23" w:rsidRDefault="00D81C23" w:rsidP="00D81C23">
      <w:pPr>
        <w:spacing w:line="268" w:lineRule="auto"/>
        <w:ind w:right="144"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1E6D7D" w:rsidRDefault="00D81C23" w:rsidP="001E6D7D">
      <w:pPr>
        <w:spacing w:line="285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повседневной жизни. Верные (истинные) и неверные (ложные) утверждения, содержащие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количественные, пространственные отношения, зависимости между числами/величинами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1A4CCA" w:rsidRDefault="001A4CCA" w:rsidP="001E6D7D">
      <w:pPr>
        <w:spacing w:line="228" w:lineRule="auto"/>
        <w:ind w:left="1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учебные дейчствия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познавательные учебные действия: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наблюдать математические отношения (часть-целое, больше-меньше) в окружающем мире; </w:t>
      </w:r>
    </w:p>
    <w:p w:rsidR="001E6D7D" w:rsidRDefault="001E6D7D" w:rsidP="001E6D7D">
      <w:pPr>
        <w:spacing w:line="261" w:lineRule="auto"/>
        <w:ind w:left="42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характеризовать назначение и использовать простейшие измерительные приборы (сантиметровая лента, весы); </w:t>
      </w:r>
    </w:p>
    <w:p w:rsidR="001E6D7D" w:rsidRDefault="001E6D7D" w:rsidP="001E6D7D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сравнивать группы объектов (чисел, величин, геометрических фигур) по самостоятельно выбранному основанию; </w:t>
      </w:r>
    </w:p>
    <w:p w:rsidR="001E6D7D" w:rsidRDefault="001E6D7D" w:rsidP="001E6D7D">
      <w:pPr>
        <w:spacing w:line="261" w:lineRule="auto"/>
        <w:ind w:left="420" w:righ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распределять (классифицировать) объекты (числа, величины, геометрические фигуры, текстовые задачи в одно действие) на группы; </w:t>
      </w:r>
    </w:p>
    <w:p w:rsidR="001E6D7D" w:rsidRDefault="001E6D7D" w:rsidP="001E6D7D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1E6D7D" w:rsidRDefault="001E6D7D" w:rsidP="001E6D7D">
      <w:pPr>
        <w:spacing w:line="261" w:lineRule="auto"/>
        <w:ind w:left="420" w:right="100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воспроизводить порядок выполнения действий в числовом выражении, содержащем действия сложения и вычитания (со скобками/без скобок);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соответствие между математическим выражением и его текстовым описанием;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подбирать примеры, подтверждающие суждение, вывод, ответ.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Работа с информацией:</w:t>
      </w:r>
    </w:p>
    <w:p w:rsidR="001E6D7D" w:rsidRDefault="001E6D7D" w:rsidP="001E6D7D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1E6D7D" w:rsidRDefault="001E6D7D" w:rsidP="001E6D7D">
      <w:pPr>
        <w:spacing w:line="228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логику перебора вариантов для решения простейших комбинаторных задач;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— дополнять модели (схемы, изображения) готовыми числовыми данными.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коммуникативные учебные действия:</w:t>
      </w:r>
    </w:p>
    <w:p w:rsidR="001E6D7D" w:rsidRDefault="001E6D7D" w:rsidP="001E6D7D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комментировать ход вычислений; объяснять выбор величины, соответствующей ситуации измерения;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составлять текстовую задачу с заданным отношением (готовым решением) по образцу;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использовать математические знаки и терминологию для описания сюжетной ситуации;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конструирования утверждений, выводов относительно данных объектов, отношения;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называть числа, величины, геометрические фигуры, обладающие заданным свойством;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записывать, читать число, числовое выражение;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приводить примеры, иллюстрирующие смысл арифметического действия;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конструировать утверждения с использованием слов «каждый», «все».</w:t>
      </w:r>
    </w:p>
    <w:p w:rsidR="001E6D7D" w:rsidRDefault="001E6D7D" w:rsidP="001E6D7D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регулятивные учебные действия:</w:t>
      </w:r>
    </w:p>
    <w:p w:rsidR="001E6D7D" w:rsidRDefault="001E6D7D" w:rsidP="001E6D7D">
      <w:pPr>
        <w:spacing w:line="261" w:lineRule="auto"/>
        <w:ind w:left="24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следовать установленному правилу, по которому составлен ряд чисел, величин, геометрических фигур; </w:t>
      </w:r>
    </w:p>
    <w:p w:rsidR="001E6D7D" w:rsidRDefault="001E6D7D" w:rsidP="001E6D7D">
      <w:pPr>
        <w:spacing w:line="261" w:lineRule="auto"/>
        <w:ind w:left="24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организовывать, участвовать, контролировать ход и результат парной работы с математическим материалом; </w:t>
      </w:r>
    </w:p>
    <w:p w:rsidR="001E6D7D" w:rsidRDefault="001E6D7D" w:rsidP="001E6D7D">
      <w:pPr>
        <w:spacing w:line="261" w:lineRule="auto"/>
        <w:ind w:left="24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проверять правильность вычисления с помощью другого приёма выполнения действия, обратного действия;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находить с помощью учителя причину возникшей ошибки и трудности.</w:t>
      </w:r>
    </w:p>
    <w:p w:rsidR="001E6D7D" w:rsidRDefault="001E6D7D" w:rsidP="001E6D7D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Совместная деятельность:</w:t>
      </w:r>
    </w:p>
    <w:p w:rsidR="001E6D7D" w:rsidRDefault="001E6D7D" w:rsidP="001E6D7D">
      <w:pPr>
        <w:spacing w:line="261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принимать правила совместной деятельности при работе в парах, группах, составленных учителем или самостоятельно; </w:t>
      </w:r>
    </w:p>
    <w:p w:rsidR="001E6D7D" w:rsidRDefault="001E6D7D" w:rsidP="001E6D7D">
      <w:pPr>
        <w:spacing w:line="268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1E6D7D" w:rsidRDefault="001E6D7D" w:rsidP="001E6D7D">
      <w:pPr>
        <w:spacing w:line="26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выполнять прикидку и оценку результата действий, измерений);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совместно с учителем оценивать результаты выполнения общей работы.</w:t>
      </w:r>
    </w:p>
    <w:p w:rsidR="00D81C23" w:rsidRDefault="00D81C23" w:rsidP="00D81C23"/>
    <w:p w:rsidR="00C1715D" w:rsidRPr="00772FBA" w:rsidRDefault="00772FBA" w:rsidP="00D81C23">
      <w:pPr>
        <w:rPr>
          <w:b/>
        </w:rPr>
      </w:pPr>
      <w:r w:rsidRPr="00772FBA">
        <w:rPr>
          <w:b/>
        </w:rPr>
        <w:t xml:space="preserve">     3 класс</w:t>
      </w:r>
    </w:p>
    <w:p w:rsidR="00C1715D" w:rsidRDefault="00C1715D" w:rsidP="00D81C23"/>
    <w:p w:rsidR="00772FBA" w:rsidRDefault="00772FBA" w:rsidP="00772FBA">
      <w:pPr>
        <w:pStyle w:val="1"/>
        <w:spacing w:before="203"/>
      </w:pPr>
      <w:r>
        <w:t>Числаивеличины</w:t>
      </w:r>
    </w:p>
    <w:p w:rsidR="00772FBA" w:rsidRDefault="00772FBA" w:rsidP="00772FBA">
      <w:pPr>
        <w:pStyle w:val="a5"/>
        <w:spacing w:before="108" w:line="288" w:lineRule="auto"/>
        <w:ind w:left="107" w:right="151" w:firstLine="182"/>
      </w:pPr>
      <w:r>
        <w:t>Числа в пределах 1000: чтение, запись, сравнение, представление в виде суммы разрядныхслагаемых. Равенства и неравенства: чтение, составление. Увеличение/уменьшение числа в несколькораз.Кратноесравнениечисел.</w:t>
      </w:r>
    </w:p>
    <w:p w:rsidR="00772FBA" w:rsidRDefault="00772FBA" w:rsidP="00772FBA">
      <w:pPr>
        <w:pStyle w:val="a5"/>
        <w:spacing w:before="6"/>
        <w:ind w:left="290"/>
      </w:pPr>
      <w:r>
        <w:t>Масса(единицамассы—грамм);соотношениемеждукилограммом играммом;отношение</w:t>
      </w:r>
    </w:p>
    <w:p w:rsidR="00772FBA" w:rsidRDefault="00772FBA" w:rsidP="00772FBA">
      <w:pPr>
        <w:pStyle w:val="a5"/>
        <w:spacing w:before="51"/>
        <w:ind w:left="107"/>
      </w:pPr>
      <w:r>
        <w:t>«тяжелее/легчена/в».</w:t>
      </w:r>
    </w:p>
    <w:p w:rsidR="00772FBA" w:rsidRDefault="00772FBA" w:rsidP="00772FBA">
      <w:pPr>
        <w:pStyle w:val="a5"/>
        <w:spacing w:before="64" w:line="290" w:lineRule="auto"/>
        <w:ind w:left="107" w:firstLine="182"/>
      </w:pPr>
      <w:r>
        <w:t>Стоимость(единицы—рубль,копейка);установлениеотношения«дороже/дешевлена/в».Соотношение«цена,количество,стоимость»впрактическойситуации.</w:t>
      </w:r>
    </w:p>
    <w:p w:rsidR="00772FBA" w:rsidRDefault="00772FBA" w:rsidP="00772FBA">
      <w:pPr>
        <w:pStyle w:val="a5"/>
        <w:spacing w:line="290" w:lineRule="auto"/>
        <w:ind w:left="107" w:right="1157" w:firstLine="182"/>
      </w:pPr>
      <w:r>
        <w:t>Время (единица времени — секунда); установление отношения «быстрее/медленнее на/в».Соотношение«начало,окончание,продолжительностьсобытия»впрактическойситуации.</w:t>
      </w:r>
    </w:p>
    <w:p w:rsidR="00772FBA" w:rsidRDefault="00772FBA" w:rsidP="00772FBA">
      <w:pPr>
        <w:pStyle w:val="a5"/>
        <w:spacing w:line="290" w:lineRule="auto"/>
        <w:ind w:left="107" w:right="178" w:firstLine="182"/>
      </w:pPr>
      <w:r>
        <w:t>Длина(единицадлины—миллиметр,километр);соотношениемеждувеличинами впределахтысячи.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Площадь(единицыплощади—квадратныйметр, квадратныйсантиметр,квадратныйдециметр,квадратныйметр).</w:t>
      </w:r>
    </w:p>
    <w:p w:rsidR="00772FBA" w:rsidRDefault="00772FBA" w:rsidP="00772FBA">
      <w:pPr>
        <w:pStyle w:val="1"/>
        <w:spacing w:before="183"/>
      </w:pPr>
      <w:r>
        <w:t>Арифметическиедействия</w:t>
      </w:r>
    </w:p>
    <w:p w:rsidR="00772FBA" w:rsidRDefault="00772FBA" w:rsidP="00772FBA">
      <w:pPr>
        <w:pStyle w:val="a5"/>
        <w:spacing w:before="108" w:line="288" w:lineRule="auto"/>
        <w:ind w:left="107" w:firstLine="182"/>
      </w:pPr>
      <w:r>
        <w:t>Устныевычисления,сводимыекдействиям впределах100(табличноеивнетабличноеумножение,деление,действияскруглымичислами).</w:t>
      </w:r>
    </w:p>
    <w:p w:rsidR="00772FBA" w:rsidRDefault="00772FBA" w:rsidP="00772FBA">
      <w:pPr>
        <w:pStyle w:val="a5"/>
        <w:spacing w:before="10"/>
        <w:ind w:left="290"/>
      </w:pPr>
      <w:r>
        <w:t>Письменноесложение,вычитаниечиселвпределах1000.Действиясчислами0и1.</w:t>
      </w:r>
    </w:p>
    <w:p w:rsidR="00772FBA" w:rsidRDefault="00772FBA" w:rsidP="00772FBA">
      <w:pPr>
        <w:pStyle w:val="a5"/>
        <w:spacing w:before="60" w:line="288" w:lineRule="auto"/>
        <w:ind w:left="107" w:right="178" w:firstLine="182"/>
      </w:pPr>
      <w:r>
        <w:lastRenderedPageBreak/>
        <w:t>Письменноеумножениевстолбик,письменноеделениеуголком.Письменноеумножение,делениена однозначное число в пределах 100. Проверка результата вычисления (прикидка или оценкарезультата,обратноедействие,применениеалгоритма, использованиекалькулятора).</w:t>
      </w:r>
    </w:p>
    <w:p w:rsidR="00772FBA" w:rsidRDefault="00772FBA" w:rsidP="00772FBA">
      <w:pPr>
        <w:pStyle w:val="a5"/>
        <w:spacing w:before="2" w:line="290" w:lineRule="auto"/>
        <w:ind w:left="290" w:right="1538"/>
      </w:pPr>
      <w:r>
        <w:t>Переместительное,сочетательноесвойствасложения,умноженияпривычислениях.Нахождениенеизвестногокомпонентаарифметическогодействия.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Порядокдействийвчисловомвыражении,значениечисловоговыражения,содержащегонесколькодействий(соскобками/безскобок),свычислениямивпределах1000.</w:t>
      </w:r>
    </w:p>
    <w:p w:rsidR="00772FBA" w:rsidRDefault="00772FBA" w:rsidP="00772FBA">
      <w:pPr>
        <w:pStyle w:val="a5"/>
        <w:spacing w:before="2"/>
        <w:ind w:left="290"/>
      </w:pPr>
      <w:r>
        <w:t>Однородныевеличины:сложениеивычитание.</w:t>
      </w:r>
    </w:p>
    <w:p w:rsidR="00772FBA" w:rsidRDefault="00772FBA" w:rsidP="00772FBA">
      <w:pPr>
        <w:pStyle w:val="a5"/>
        <w:spacing w:before="6"/>
        <w:ind w:left="0"/>
        <w:rPr>
          <w:sz w:val="21"/>
        </w:rPr>
      </w:pPr>
    </w:p>
    <w:p w:rsidR="00772FBA" w:rsidRDefault="00772FBA" w:rsidP="00772FBA">
      <w:pPr>
        <w:pStyle w:val="1"/>
      </w:pPr>
      <w:r>
        <w:t>Текстовыезадачи</w:t>
      </w:r>
    </w:p>
    <w:p w:rsidR="00772FBA" w:rsidRDefault="00772FBA" w:rsidP="00772FBA">
      <w:pPr>
        <w:pStyle w:val="a5"/>
        <w:spacing w:before="103" w:line="290" w:lineRule="auto"/>
        <w:ind w:left="107" w:firstLine="182"/>
      </w:pPr>
      <w:r>
        <w:t>Работастекстовой задачей:анализ данныхиотношений,представлениенамодели,планированиехода решениязадачи,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решениеарифметическимспособом. Задачинапониманиесмыслаарифметическихдействий(втомчисле деления с остатком), отношений (больше/меньше на/в), зависимостей (купля продажа, расчётвремени, количества), на сравнение (разностное, кратное). Запись решения задачи по действиям и спомощьючисловоговыражения.Проверкарешенияиоценкаполученногорезультата.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Долявеличины:половина,треть,четверть,пятая,десятаячастьвпрактическойситуации;сравнениедолейоднойвеличины.Задачинанахождениедоливеличины.</w:t>
      </w:r>
    </w:p>
    <w:p w:rsidR="00772FBA" w:rsidRDefault="00772FBA" w:rsidP="00772FBA">
      <w:pPr>
        <w:pStyle w:val="1"/>
        <w:spacing w:before="183"/>
      </w:pPr>
      <w:r>
        <w:t>Пространственныеотношенияигеометрическиефигуры</w:t>
      </w:r>
    </w:p>
    <w:p w:rsidR="00772FBA" w:rsidRDefault="00772FBA" w:rsidP="00772FBA">
      <w:pPr>
        <w:pStyle w:val="a5"/>
        <w:spacing w:before="108" w:line="290" w:lineRule="auto"/>
        <w:ind w:left="107" w:right="178" w:firstLine="182"/>
      </w:pPr>
      <w:r>
        <w:t>Конструированиегеометрическихфигур(разбиениефигурыначасти,составлениефигурыизчастей).</w:t>
      </w:r>
    </w:p>
    <w:p w:rsidR="00772FBA" w:rsidRDefault="00772FBA" w:rsidP="00772FBA">
      <w:pPr>
        <w:pStyle w:val="a5"/>
        <w:spacing w:before="4"/>
        <w:ind w:left="290"/>
      </w:pPr>
      <w:r>
        <w:t>Периметрмногоугольника:измерение,вычисление,записьравенства.</w:t>
      </w:r>
    </w:p>
    <w:p w:rsidR="00772FBA" w:rsidRDefault="00772FBA" w:rsidP="00772FBA">
      <w:pPr>
        <w:pStyle w:val="a5"/>
        <w:spacing w:before="70" w:line="288" w:lineRule="auto"/>
        <w:ind w:left="107" w:firstLine="182"/>
      </w:pPr>
      <w:r>
        <w:t>Измерениеплощади,записьрезультатаизмерениявквадратныхсантиметрах.Вычислениеплощадипрямоугольника (квадрата) с заданными сторонами, запись равенства. Изображение на клетчатойбумаге прямоугольника с заданным значением площади. Сравнение площадей фигур с помощьюналожения.</w:t>
      </w:r>
    </w:p>
    <w:p w:rsidR="00772FBA" w:rsidRDefault="00772FBA" w:rsidP="00772FBA">
      <w:pPr>
        <w:widowControl/>
        <w:autoSpaceDE/>
        <w:autoSpaceDN/>
      </w:pPr>
    </w:p>
    <w:p w:rsidR="00772FBA" w:rsidRDefault="00772FBA" w:rsidP="00772FBA">
      <w:pPr>
        <w:pStyle w:val="1"/>
        <w:spacing w:before="195"/>
        <w:ind w:left="0"/>
      </w:pPr>
      <w:r>
        <w:t>Математическаяинформация</w:t>
      </w:r>
    </w:p>
    <w:p w:rsidR="00772FBA" w:rsidRDefault="00772FBA" w:rsidP="00772FBA">
      <w:pPr>
        <w:pStyle w:val="a5"/>
        <w:spacing w:before="104"/>
        <w:ind w:left="290"/>
      </w:pPr>
      <w:r>
        <w:t>Классификацияобъектовподвумпризнакам.</w:t>
      </w:r>
    </w:p>
    <w:p w:rsidR="00772FBA" w:rsidRDefault="00772FBA" w:rsidP="00772FBA">
      <w:pPr>
        <w:pStyle w:val="a5"/>
        <w:spacing w:before="65" w:line="290" w:lineRule="auto"/>
        <w:ind w:left="107" w:firstLine="182"/>
      </w:pPr>
      <w:r>
        <w:t>Верные(истинные)иневерные(ложные)утверждения:конструирование,проверка.Логическиерассуждениясосвязками«если…,то…»,«поэтому»,«значит».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Извлечениеииспользованиедлявыполнения заданийинформации,представленнойвтаблицахсданными о реальных процессах и явлениях окружающего мира (например, расписание уроков,движенияавтобусов,поездов);внесениеданныхвтаблицу;дополнениечертежаданными.</w:t>
      </w:r>
    </w:p>
    <w:p w:rsidR="00772FBA" w:rsidRDefault="00772FBA" w:rsidP="00772FBA">
      <w:pPr>
        <w:pStyle w:val="a5"/>
        <w:spacing w:line="290" w:lineRule="auto"/>
        <w:ind w:left="290"/>
      </w:pPr>
      <w:r>
        <w:t>Формализованное описание последовательности действий (инструкция, план, схема, алгоритм).Столбчатаядиаграмма:чтение,использованиеданныхдлярешенияучебныхипрактическихзадач.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Алгоритмыизученияматериала,выполненияобучающихитестовыхзаданийнадоступныхэлектронныхсредствахобучения(интерактивнойдоске,компьютере,другихустройствах).</w:t>
      </w:r>
    </w:p>
    <w:p w:rsidR="001A4CCA" w:rsidRPr="001A4CCA" w:rsidRDefault="001A4CCA" w:rsidP="00772FBA">
      <w:pPr>
        <w:spacing w:before="146"/>
        <w:ind w:left="290"/>
        <w:rPr>
          <w:b/>
          <w:sz w:val="24"/>
        </w:rPr>
      </w:pPr>
      <w:r w:rsidRPr="001A4CCA">
        <w:rPr>
          <w:b/>
          <w:sz w:val="24"/>
        </w:rPr>
        <w:t>Универсальные учебные действия</w:t>
      </w:r>
    </w:p>
    <w:p w:rsidR="00772FBA" w:rsidRDefault="00772FBA" w:rsidP="00772FBA">
      <w:pPr>
        <w:spacing w:before="146"/>
        <w:ind w:left="290"/>
        <w:rPr>
          <w:i/>
          <w:sz w:val="24"/>
        </w:rPr>
      </w:pPr>
      <w:r>
        <w:rPr>
          <w:i/>
          <w:sz w:val="24"/>
        </w:rPr>
        <w:t>Универсальныепознавательныеучебныедействия: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сравниватьматематическиеобъекты(числа,величины,геометрическиефигуры);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выбиратьприёмвычисления,выполнениядействия;конструироватьгеометрическиефигуры;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5" w:line="290" w:lineRule="auto"/>
        <w:ind w:right="597" w:firstLine="0"/>
        <w:rPr>
          <w:sz w:val="24"/>
        </w:rPr>
      </w:pPr>
      <w:r>
        <w:rPr>
          <w:sz w:val="24"/>
        </w:rPr>
        <w:t>классифицироватьобъекты(числа,величины,геометрическиефигуры,текстовыезадачиводнодействие) повыбранномупризнаку;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 w:line="290" w:lineRule="auto"/>
        <w:ind w:right="159" w:firstLine="0"/>
        <w:rPr>
          <w:sz w:val="24"/>
        </w:rPr>
      </w:pPr>
      <w:r>
        <w:rPr>
          <w:sz w:val="24"/>
        </w:rPr>
        <w:t>прикидывать размеры фигуры, её элементов; понимать смысл зависимостей и математическихотношений,описанныхвзадаче;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lastRenderedPageBreak/>
        <w:t>различатьииспользоватьразныеприёмыиалгоритмывычисления;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 w:line="288" w:lineRule="auto"/>
        <w:ind w:right="913" w:firstLine="0"/>
        <w:rPr>
          <w:sz w:val="24"/>
        </w:rPr>
      </w:pPr>
      <w:r>
        <w:rPr>
          <w:sz w:val="24"/>
        </w:rPr>
        <w:t>выбиратьметодрешения(моделированиеситуации,переборвариантов,использованиеалгоритма);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6" w:line="290" w:lineRule="auto"/>
        <w:ind w:right="325" w:firstLine="0"/>
        <w:rPr>
          <w:sz w:val="24"/>
        </w:rPr>
      </w:pPr>
      <w:r>
        <w:rPr>
          <w:sz w:val="24"/>
        </w:rPr>
        <w:t>соотносить начало, окончание, продолжительность события в практической ситуации;составлятьрядчисел(величин,геометрическихфигур)посамостоятельновыбранномуправилу;моделироватьпредложеннуюпрактическуюситуацию;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устанавливатьпоследовательностьсобытий,действийсюжетатекстовойзадачи.</w:t>
      </w:r>
    </w:p>
    <w:p w:rsidR="00772FBA" w:rsidRDefault="00772FBA" w:rsidP="00772FBA">
      <w:pPr>
        <w:spacing w:before="166"/>
        <w:ind w:left="290"/>
        <w:rPr>
          <w:i/>
          <w:sz w:val="24"/>
        </w:rPr>
      </w:pPr>
      <w:r>
        <w:rPr>
          <w:i/>
          <w:sz w:val="24"/>
        </w:rPr>
        <w:t>Работасинформацией: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читатьинформацию,представленнуювразныхформах;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извлекатьиинтерпретироватьчисловыеданные,представленныевтаблице,надиаграмме;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4" w:line="288" w:lineRule="auto"/>
        <w:ind w:right="940" w:firstLine="0"/>
        <w:rPr>
          <w:sz w:val="24"/>
        </w:rPr>
      </w:pPr>
      <w:r>
        <w:rPr>
          <w:sz w:val="24"/>
        </w:rPr>
        <w:t>заполнятьтаблицысложенияиумножения,дополнятьданнымичертеж;устанавливатьсоответствиемеждуразличнымизаписямирешениязадачи;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6" w:line="290" w:lineRule="auto"/>
        <w:ind w:right="997" w:firstLine="0"/>
        <w:rPr>
          <w:sz w:val="24"/>
        </w:rPr>
      </w:pPr>
      <w:r>
        <w:rPr>
          <w:sz w:val="24"/>
        </w:rPr>
        <w:t>использоватьдополнительнуюлитературу(справочники,словари)дляустановленияипроверкизначенияматематическоготермина(понятия).</w:t>
      </w:r>
    </w:p>
    <w:p w:rsidR="00772FBA" w:rsidRDefault="00772FBA" w:rsidP="00772FBA">
      <w:pPr>
        <w:spacing w:before="104"/>
        <w:ind w:left="290"/>
        <w:rPr>
          <w:i/>
          <w:sz w:val="24"/>
        </w:rPr>
      </w:pPr>
      <w:r>
        <w:rPr>
          <w:i/>
          <w:sz w:val="24"/>
        </w:rPr>
        <w:t>Универсальныекоммуникативныеучебныедействия: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/>
        <w:ind w:left="890" w:hanging="366"/>
        <w:rPr>
          <w:sz w:val="24"/>
        </w:rPr>
      </w:pPr>
      <w:r>
        <w:rPr>
          <w:sz w:val="24"/>
        </w:rPr>
        <w:t>использоватьматематическуютерминологиюдляописанияотношенийизависимостей;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62"/>
        <w:ind w:left="890" w:hanging="366"/>
        <w:rPr>
          <w:sz w:val="24"/>
        </w:rPr>
      </w:pPr>
      <w:r>
        <w:rPr>
          <w:sz w:val="24"/>
        </w:rPr>
        <w:t>строитьречевыевысказываниядлярешениязадач;составлятьтекстовуюзадачу;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 w:line="290" w:lineRule="auto"/>
        <w:ind w:right="256" w:firstLine="0"/>
        <w:rPr>
          <w:sz w:val="24"/>
        </w:rPr>
      </w:pPr>
      <w:r>
        <w:rPr>
          <w:sz w:val="24"/>
        </w:rPr>
        <w:t>объяснятьнапримерахотношения«больше/меньшена…»,«больше/меньшев…»,«равно»;использоватьматематическуюсимволикудлясоставлениячисловыхвыражений;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3" w:line="290" w:lineRule="auto"/>
        <w:ind w:right="1389" w:firstLine="0"/>
        <w:rPr>
          <w:sz w:val="24"/>
        </w:rPr>
      </w:pPr>
      <w:r>
        <w:rPr>
          <w:sz w:val="24"/>
        </w:rPr>
        <w:t>выбирать, осуществлять переход от одних единиц измерения величины к другим всоответствииспрактическойситуацией;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z w:val="24"/>
        </w:rPr>
        <w:t>участвоватьвобсужденииошибоквходеирезультатевыполнениявычисления.</w:t>
      </w:r>
    </w:p>
    <w:p w:rsidR="00772FBA" w:rsidRDefault="00772FBA" w:rsidP="00772FBA">
      <w:pPr>
        <w:spacing w:before="165"/>
        <w:ind w:left="290"/>
        <w:rPr>
          <w:i/>
          <w:sz w:val="24"/>
        </w:rPr>
      </w:pPr>
      <w:r>
        <w:rPr>
          <w:i/>
          <w:sz w:val="24"/>
        </w:rPr>
        <w:t>Универсальныерегулятивныеучебныедействия: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/>
        <w:ind w:left="890" w:hanging="366"/>
        <w:rPr>
          <w:sz w:val="24"/>
        </w:rPr>
      </w:pPr>
      <w:r>
        <w:rPr>
          <w:sz w:val="24"/>
        </w:rPr>
        <w:t>проверятьходирезультатвыполнениядействия;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5"/>
        <w:ind w:left="890" w:hanging="366"/>
        <w:rPr>
          <w:sz w:val="24"/>
        </w:rPr>
      </w:pPr>
      <w:r>
        <w:rPr>
          <w:sz w:val="24"/>
        </w:rPr>
        <w:t>вестипоискошибок,характеризоватьихиисправлять;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формулироватьответ(вывод),подтверждатьегообъяснением,расчётами;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выбиратьииспользоватьразличныеприёмыприкидкиипроверкиправильностивычисления;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проверятьполнотуиправильностьзаполнениятаблицсложения,умножения..</w:t>
      </w:r>
    </w:p>
    <w:p w:rsidR="00772FBA" w:rsidRDefault="00772FBA" w:rsidP="00772FBA">
      <w:pPr>
        <w:spacing w:before="171"/>
        <w:ind w:left="290"/>
        <w:rPr>
          <w:i/>
          <w:sz w:val="24"/>
        </w:rPr>
      </w:pPr>
      <w:r>
        <w:rPr>
          <w:i/>
          <w:sz w:val="24"/>
        </w:rPr>
        <w:t>Совместнаядеятельность: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 w:line="290" w:lineRule="auto"/>
        <w:ind w:right="253" w:firstLine="0"/>
        <w:rPr>
          <w:sz w:val="24"/>
        </w:rPr>
      </w:pPr>
      <w:r>
        <w:rPr>
          <w:sz w:val="24"/>
        </w:rPr>
        <w:t>приработевгруппеиливпаревыполнятьпредложенныезадания(находить разныерешения;определять с помощью цифровых и аналоговых приборов, измерительных инструментов длину,массу,время);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 w:line="290" w:lineRule="auto"/>
        <w:ind w:right="1265" w:firstLine="0"/>
        <w:rPr>
          <w:sz w:val="24"/>
        </w:rPr>
      </w:pPr>
      <w:r>
        <w:rPr>
          <w:sz w:val="24"/>
        </w:rPr>
        <w:t>договариватьсяораспределенииобязанностейв совместномтруде,выполнятьролируководителя,подчинённого,сдержанноприниматьзамечанияксвоейработе;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выполнятьсовместноприкидкуиоценкурезультатавыполненияобщейработы.</w:t>
      </w:r>
    </w:p>
    <w:p w:rsidR="00772FBA" w:rsidRDefault="00772FBA" w:rsidP="00772FBA">
      <w:pPr>
        <w:ind w:firstLine="720"/>
      </w:pPr>
    </w:p>
    <w:p w:rsidR="00772FBA" w:rsidRPr="001A4CCA" w:rsidRDefault="001A4CCA" w:rsidP="00772FBA">
      <w:pPr>
        <w:rPr>
          <w:b/>
        </w:rPr>
        <w:sectPr w:rsidR="00772FBA" w:rsidRPr="001A4CCA">
          <w:pgSz w:w="11900" w:h="16840"/>
          <w:pgMar w:top="500" w:right="560" w:bottom="280" w:left="560" w:header="720" w:footer="720" w:gutter="0"/>
          <w:cols w:space="720"/>
        </w:sectPr>
      </w:pPr>
      <w:r w:rsidRPr="001A4CCA">
        <w:rPr>
          <w:b/>
        </w:rPr>
        <w:t xml:space="preserve">    4 класс</w:t>
      </w:r>
    </w:p>
    <w:p w:rsidR="001A4CCA" w:rsidRDefault="001A4CCA" w:rsidP="001A4CCA">
      <w:pPr>
        <w:pStyle w:val="1"/>
        <w:spacing w:before="191"/>
      </w:pPr>
      <w:r>
        <w:lastRenderedPageBreak/>
        <w:t>Числаивеличины</w:t>
      </w:r>
    </w:p>
    <w:p w:rsidR="001A4CCA" w:rsidRDefault="001A4CCA" w:rsidP="001A4CCA">
      <w:pPr>
        <w:pStyle w:val="a5"/>
        <w:spacing w:before="108" w:line="290" w:lineRule="auto"/>
        <w:ind w:left="106" w:right="94" w:firstLine="180"/>
      </w:pPr>
      <w:r>
        <w:t>Числавпределахмиллиона:чтение,запись,поразрядноесравнениеупорядочение.Число,большееилименьшееданногочисланазаданноечислоразрядныхединиц,взаданноечисло раз.</w:t>
      </w:r>
    </w:p>
    <w:p w:rsidR="001A4CCA" w:rsidRDefault="001A4CCA" w:rsidP="001A4CCA">
      <w:pPr>
        <w:pStyle w:val="a5"/>
        <w:spacing w:line="290" w:lineRule="auto"/>
        <w:ind w:left="286" w:right="2172"/>
      </w:pPr>
      <w:r>
        <w:t>Величины: сравнение объектов по массе, длине, площади, вместимости.Единицы массы — центнер, тонна; соотношения между единицами массы.Единицывремени(сутки,неделя,месяц,год,век),соотношениемеждуними.</w:t>
      </w:r>
    </w:p>
    <w:p w:rsidR="001A4CCA" w:rsidRDefault="001A4CCA" w:rsidP="001A4CCA">
      <w:pPr>
        <w:pStyle w:val="a5"/>
        <w:spacing w:line="290" w:lineRule="auto"/>
        <w:ind w:left="106" w:right="557" w:firstLine="180"/>
        <w:jc w:val="both"/>
      </w:pPr>
      <w:r>
        <w:t>Единицы длины (миллиметр, сантиметр, дециметр, метр, километр), площади (квадратный метр,квадратный сантиметр), вместимости (литр), скорости (километры в час, метры в минуту, метры всекунду);соотношение между единицамивпределах 100 000.</w:t>
      </w:r>
    </w:p>
    <w:p w:rsidR="001A4CCA" w:rsidRDefault="001A4CCA" w:rsidP="001A4CCA">
      <w:pPr>
        <w:pStyle w:val="a5"/>
        <w:spacing w:line="274" w:lineRule="exact"/>
        <w:ind w:left="286"/>
        <w:jc w:val="both"/>
      </w:pPr>
      <w:r>
        <w:t>Долявеличинывремени,массы,длины.</w:t>
      </w:r>
    </w:p>
    <w:p w:rsidR="001A4CCA" w:rsidRDefault="001A4CCA" w:rsidP="001A4CCA">
      <w:pPr>
        <w:pStyle w:val="a5"/>
        <w:spacing w:before="7"/>
        <w:ind w:left="0"/>
        <w:rPr>
          <w:sz w:val="21"/>
        </w:rPr>
      </w:pPr>
    </w:p>
    <w:p w:rsidR="001A4CCA" w:rsidRDefault="001A4CCA" w:rsidP="001A4CCA">
      <w:pPr>
        <w:pStyle w:val="1"/>
        <w:spacing w:before="1"/>
      </w:pPr>
      <w:r>
        <w:t>Арифметическиедействия</w:t>
      </w:r>
    </w:p>
    <w:p w:rsidR="001A4CCA" w:rsidRDefault="001A4CCA" w:rsidP="001A4CCA">
      <w:pPr>
        <w:pStyle w:val="a5"/>
        <w:spacing w:before="108" w:line="290" w:lineRule="auto"/>
        <w:ind w:left="106" w:right="794" w:firstLine="180"/>
      </w:pPr>
      <w:r>
        <w:t>Письменное сложение, вычитание многозначных чисел в пределах миллиона. Письменноеумножение, деление многозначных чисел на однозначное/двузначное число в пределах 100 000;делениес остатком. Умножение/деление на10, 100, 1000.</w:t>
      </w:r>
    </w:p>
    <w:p w:rsidR="001A4CCA" w:rsidRDefault="001A4CCA" w:rsidP="001A4CCA">
      <w:pPr>
        <w:pStyle w:val="a5"/>
        <w:spacing w:line="290" w:lineRule="auto"/>
        <w:ind w:left="106" w:right="165" w:firstLine="180"/>
      </w:pPr>
      <w:r>
        <w:t>Свойства арифметических действий и их применение для вычислений. Поиск значения числовоговыражения, содержащего несколько действий в пределах 100 000. Проверка результата вычислений, втомчисле с помощьюкалькулятора.</w:t>
      </w:r>
    </w:p>
    <w:p w:rsidR="001A4CCA" w:rsidRDefault="001A4CCA" w:rsidP="001A4CCA">
      <w:pPr>
        <w:pStyle w:val="a5"/>
        <w:spacing w:line="290" w:lineRule="auto"/>
        <w:ind w:left="106" w:right="577" w:firstLine="180"/>
      </w:pPr>
      <w:r>
        <w:t>Равенство, содержащее неизвестный компонент арифметического действия: запись, нахождениенеизвестногокомпонента.</w:t>
      </w:r>
    </w:p>
    <w:p w:rsidR="001A4CCA" w:rsidRDefault="001A4CCA" w:rsidP="001A4CCA">
      <w:pPr>
        <w:pStyle w:val="a5"/>
        <w:spacing w:line="275" w:lineRule="exact"/>
        <w:ind w:left="286"/>
      </w:pPr>
      <w:r>
        <w:t>Умножениеиделениевеличинынаоднозначноечисло.</w:t>
      </w:r>
    </w:p>
    <w:p w:rsidR="001A4CCA" w:rsidRDefault="001A4CCA" w:rsidP="001A4CCA">
      <w:pPr>
        <w:pStyle w:val="a5"/>
        <w:spacing w:before="7"/>
        <w:ind w:left="0"/>
        <w:rPr>
          <w:sz w:val="21"/>
        </w:rPr>
      </w:pPr>
    </w:p>
    <w:p w:rsidR="001A4CCA" w:rsidRDefault="001A4CCA" w:rsidP="001A4CCA">
      <w:pPr>
        <w:pStyle w:val="1"/>
        <w:spacing w:before="0"/>
      </w:pPr>
      <w:r>
        <w:t>Текстовыезадачи</w:t>
      </w:r>
    </w:p>
    <w:p w:rsidR="001A4CCA" w:rsidRDefault="001A4CCA" w:rsidP="001A4CCA">
      <w:pPr>
        <w:pStyle w:val="a5"/>
        <w:spacing w:before="108" w:line="290" w:lineRule="auto"/>
        <w:ind w:left="106" w:right="165" w:firstLine="180"/>
      </w:pPr>
      <w:r>
        <w:t>Работа с текстовойзадачей,решениекоторойсодержит 2—3 действия: анализ, представление намодели; планирование и запись решения; проверка решения и ответа. Анализ зависимостей,характеризующих процессы: движения (скорость, время, пройденный путь), работы(производительность,время,объёмработы),куплипродажи(цена,количество,стоимость)ирешениесоответствующих задач. Задачи на установление времени (начало, продолжительность и окончаниесобытия), расчёта количества, расхода, изменения. Задачи на нахождение доли величины, величиныпо её доле. Разные способы решения некоторых видов изученных задач. Оформление решения подействиямс пояснением,по вопросам,с помощьючисловоговыражения.</w:t>
      </w:r>
    </w:p>
    <w:p w:rsidR="001A4CCA" w:rsidRDefault="001A4CCA" w:rsidP="001A4CCA">
      <w:pPr>
        <w:pStyle w:val="a5"/>
        <w:spacing w:before="2"/>
        <w:ind w:left="0"/>
        <w:rPr>
          <w:sz w:val="37"/>
        </w:rPr>
      </w:pPr>
    </w:p>
    <w:p w:rsidR="001A4CCA" w:rsidRDefault="001A4CCA" w:rsidP="001A4CCA">
      <w:pPr>
        <w:pStyle w:val="1"/>
        <w:spacing w:before="0"/>
      </w:pPr>
      <w:r>
        <w:t>Пространственныеотношенияигеометрическиефигуры</w:t>
      </w:r>
    </w:p>
    <w:p w:rsidR="001A4CCA" w:rsidRDefault="001A4CCA" w:rsidP="001A4CCA">
      <w:pPr>
        <w:pStyle w:val="a5"/>
        <w:spacing w:before="108"/>
        <w:ind w:left="286"/>
      </w:pPr>
      <w:r>
        <w:t>Наглядныепредставленияосимметрии.</w:t>
      </w:r>
    </w:p>
    <w:p w:rsidR="001A4CCA" w:rsidRDefault="001A4CCA" w:rsidP="001A4CCA">
      <w:pPr>
        <w:pStyle w:val="a5"/>
        <w:spacing w:before="60" w:line="290" w:lineRule="auto"/>
        <w:ind w:left="106" w:right="854" w:firstLine="180"/>
      </w:pPr>
      <w:r>
        <w:t>Окружность, круг: распознавание и изображение; построение окружности заданного радиуса.Построениеизученныхгеометрическихфигурспомощьюлинейки,угольника,циркуля.</w:t>
      </w:r>
    </w:p>
    <w:p w:rsidR="001A4CCA" w:rsidRDefault="001A4CCA" w:rsidP="001A4CCA">
      <w:pPr>
        <w:pStyle w:val="a5"/>
        <w:spacing w:line="290" w:lineRule="auto"/>
        <w:ind w:left="106" w:right="372"/>
      </w:pPr>
      <w:r>
        <w:t>Пространственные геометрические фигуры (тела): шар, куб, цилиндр, конус, пирамида; различение,называние.</w:t>
      </w:r>
    </w:p>
    <w:p w:rsidR="001A4CCA" w:rsidRDefault="001A4CCA" w:rsidP="001A4CCA">
      <w:pPr>
        <w:pStyle w:val="a5"/>
        <w:spacing w:line="290" w:lineRule="auto"/>
        <w:ind w:left="106" w:right="1110" w:firstLine="180"/>
      </w:pPr>
      <w:r>
        <w:t>Конструирование: разбиение фигуры на прямоугольники (квадраты), составление фигур изпрямоугольников/квадратов.</w:t>
      </w:r>
    </w:p>
    <w:p w:rsidR="001A4CCA" w:rsidRDefault="001A4CCA" w:rsidP="001A4CCA">
      <w:pPr>
        <w:pStyle w:val="a5"/>
        <w:spacing w:line="275" w:lineRule="exact"/>
        <w:ind w:left="286"/>
      </w:pPr>
      <w:r>
        <w:t>Периметр,площадьфигуры,составленнойиздвух,трёхпрямоугольников(квадратов).</w:t>
      </w:r>
    </w:p>
    <w:p w:rsidR="001A4CCA" w:rsidRDefault="001A4CCA" w:rsidP="001A4CCA">
      <w:pPr>
        <w:widowControl/>
        <w:autoSpaceDE/>
        <w:autoSpaceDN/>
        <w:sectPr w:rsidR="001A4CCA">
          <w:pgSz w:w="11900" w:h="16840"/>
          <w:pgMar w:top="520" w:right="540" w:bottom="280" w:left="560" w:header="720" w:footer="720" w:gutter="0"/>
          <w:cols w:space="720"/>
        </w:sectPr>
      </w:pPr>
    </w:p>
    <w:p w:rsidR="001A4CCA" w:rsidRDefault="001A4CCA" w:rsidP="001A4CCA">
      <w:pPr>
        <w:pStyle w:val="1"/>
        <w:spacing w:before="74"/>
      </w:pPr>
      <w:r>
        <w:lastRenderedPageBreak/>
        <w:t>Математическаяинформация</w:t>
      </w:r>
    </w:p>
    <w:p w:rsidR="001A4CCA" w:rsidRDefault="001A4CCA" w:rsidP="001A4CCA">
      <w:pPr>
        <w:pStyle w:val="a5"/>
        <w:spacing w:before="108" w:line="290" w:lineRule="auto"/>
        <w:ind w:left="106" w:right="1222" w:firstLine="180"/>
      </w:pPr>
      <w:r>
        <w:t>Работа с утверждениями: конструирование, проверка истинности; составление и проверкалогическихрассуждений при решении задач.</w:t>
      </w:r>
    </w:p>
    <w:p w:rsidR="001A4CCA" w:rsidRDefault="001A4CCA" w:rsidP="001A4CCA">
      <w:pPr>
        <w:pStyle w:val="a5"/>
        <w:spacing w:line="290" w:lineRule="auto"/>
        <w:ind w:left="106" w:right="727" w:firstLine="180"/>
      </w:pPr>
      <w:r>
        <w:t>Данные о реальных процессах и явлениях окружающего мира, представленные на диаграммах,схемах, в таблицах, текстах. Сбор математических данных о заданном объекте (числе, величине,геометрической фигуре). Поиск информации в справочной литературе, сети Интернет. Записьинформациивпредложеннойтаблице, на столбчатойдиаграмме.</w:t>
      </w:r>
    </w:p>
    <w:p w:rsidR="001A4CCA" w:rsidRDefault="001A4CCA" w:rsidP="001A4CCA">
      <w:pPr>
        <w:pStyle w:val="a5"/>
        <w:spacing w:line="290" w:lineRule="auto"/>
        <w:ind w:left="106" w:right="313" w:firstLine="180"/>
      </w:pPr>
      <w:r>
        <w:t>Доступные электронные средства обучения, пособия, тренажёры, их использование подруководством педагога и самостоятельно. Правила безопасной работы с электронными источникамиинформации (электронная форма учебника, электронные словари, образовательные сайты,ориентированныена детей младшегошкольного возраста).</w:t>
      </w:r>
    </w:p>
    <w:p w:rsidR="001A4CCA" w:rsidRDefault="001A4CCA" w:rsidP="001A4CCA">
      <w:pPr>
        <w:pStyle w:val="a5"/>
        <w:spacing w:line="274" w:lineRule="exact"/>
        <w:ind w:left="286"/>
      </w:pPr>
      <w:r>
        <w:t>Алгоритмырешенияучебныхипрактическихзадач.</w:t>
      </w:r>
    </w:p>
    <w:p w:rsidR="001A4CCA" w:rsidRDefault="001A4CCA" w:rsidP="00772FBA">
      <w:pPr>
        <w:widowControl/>
        <w:autoSpaceDE/>
        <w:autoSpaceDN/>
        <w:rPr>
          <w:sz w:val="24"/>
        </w:rPr>
      </w:pPr>
    </w:p>
    <w:p w:rsidR="001A4CCA" w:rsidRPr="001A4CCA" w:rsidRDefault="001A4CCA" w:rsidP="001A4CCA">
      <w:pPr>
        <w:rPr>
          <w:b/>
          <w:sz w:val="24"/>
        </w:rPr>
      </w:pPr>
      <w:r w:rsidRPr="001A4CCA">
        <w:rPr>
          <w:b/>
          <w:sz w:val="24"/>
        </w:rPr>
        <w:t>Универсальные учебные действия</w:t>
      </w:r>
    </w:p>
    <w:p w:rsidR="001A4CCA" w:rsidRDefault="001A4CCA" w:rsidP="001A4CCA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Универсальныепознавательныеучебныедействия: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1711" w:firstLine="0"/>
        <w:jc w:val="both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 её ввысказыванияхи рассуждениях;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line="290" w:lineRule="auto"/>
        <w:ind w:right="352" w:firstLine="0"/>
        <w:jc w:val="both"/>
        <w:rPr>
          <w:sz w:val="24"/>
        </w:rPr>
      </w:pPr>
      <w:r>
        <w:rPr>
          <w:sz w:val="24"/>
        </w:rPr>
        <w:t>сравнивать математические объекты (числа, величины, геометрические фигуры), записыватьпризнак сравнения; выбирать метод решения математической задачи (алгоритм действия, приёмвычисления,способрешения,моделирование ситуации,переборвариантов);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обнаруживатьмоделиизученныхгеометрическихфигурвокружающеммире;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1155" w:firstLine="0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(отрезокзаданнойдлины,ломанаяопределённойдлины,квадратсзаданнымпериметром);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классифицироватьобъектыпо1-2выбраннымпризнакам;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составлятьмодельматематическойзадачи,проверятьеёсоответствиеусловиямзадачи;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1" w:line="290" w:lineRule="auto"/>
        <w:ind w:right="592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игиревые весы), температуру (градусник), скорость движения транспортного средства (макетспидометра),вместимость(спомощьюизмерительныхсосудов).</w:t>
      </w:r>
    </w:p>
    <w:p w:rsidR="001A4CCA" w:rsidRDefault="001A4CCA" w:rsidP="001A4CCA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Работасинформацией: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представлятьинформациювразныхформах;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264" w:firstLine="0"/>
        <w:rPr>
          <w:sz w:val="24"/>
        </w:rPr>
      </w:pPr>
      <w:r>
        <w:rPr>
          <w:sz w:val="24"/>
        </w:rPr>
        <w:t>извлекать и интерпретировать информацию, представленную в таблице, на диаграмме;использовать справочную литературу для поиска информации, в том числе Интернет (в условияхконтролируемоговыхода).</w:t>
      </w:r>
    </w:p>
    <w:p w:rsidR="001A4CCA" w:rsidRDefault="001A4CCA" w:rsidP="001A4CCA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Универсальныекоммуникативныеучебныедействия: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9" w:line="290" w:lineRule="auto"/>
        <w:ind w:right="1388" w:firstLine="0"/>
        <w:rPr>
          <w:sz w:val="24"/>
        </w:rPr>
      </w:pPr>
      <w:r>
        <w:rPr>
          <w:sz w:val="24"/>
        </w:rPr>
        <w:t>использовать математическую терминологию для записи решения предметной илипрактическойзадачи;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приводитьпримерыиконтрпримерыдляподтверждения/опровержениявывода,гипотезы;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конструировать,читатьчисловоевыражение;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описыватьпрактическуюситуациюсиспользованиемизученнойтерминологии;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характеризоватьматематическиеобъекты,явленияисобытияспомощьюизученных</w:t>
      </w:r>
    </w:p>
    <w:p w:rsidR="001A4CCA" w:rsidRDefault="001A4CCA" w:rsidP="001A4CCA">
      <w:pPr>
        <w:widowControl/>
        <w:autoSpaceDE/>
        <w:autoSpaceDN/>
        <w:rPr>
          <w:sz w:val="24"/>
        </w:rPr>
        <w:sectPr w:rsidR="001A4CCA">
          <w:pgSz w:w="11900" w:h="16840"/>
          <w:pgMar w:top="620" w:right="540" w:bottom="280" w:left="560" w:header="720" w:footer="720" w:gutter="0"/>
          <w:cols w:space="720"/>
        </w:sectPr>
      </w:pPr>
    </w:p>
    <w:p w:rsidR="001A4CCA" w:rsidRDefault="001A4CCA" w:rsidP="001A4CCA">
      <w:pPr>
        <w:pStyle w:val="a5"/>
        <w:spacing w:before="62"/>
      </w:pPr>
      <w:r>
        <w:lastRenderedPageBreak/>
        <w:t>величин;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составлятьинструкцию,записыватьрассуждение;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инициироватьобсуждениеразныхспособоввыполнениязадания,поискошибокврешении.</w:t>
      </w:r>
    </w:p>
    <w:p w:rsidR="001A4CCA" w:rsidRDefault="001A4CCA" w:rsidP="001A4CCA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Универсальныерегулятивныеучебныедействия: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421" w:firstLine="0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действия,решениятекстовойзадачи,построениягеометрическойфигуры,измерения;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самостоятельновыполнятьприкидкуиоценкурезультатаизмерений;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460" w:firstLine="0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 решении учебнойзадачи.</w:t>
      </w:r>
    </w:p>
    <w:p w:rsidR="001A4CCA" w:rsidRDefault="001A4CCA" w:rsidP="001A4CCA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Совместнаядеятельность: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649" w:firstLine="0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распределятьработу между членами группы (например, в случае решения задач, требующих переборабольшогоколичествавариантов),согласовыватьмнениявходепоискадоказательств,выборарациональногоспособа;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 w:line="290" w:lineRule="auto"/>
        <w:ind w:right="428" w:firstLine="0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величинами(составление расписания, подсчёт денег, оценка стоимости и веса покупки, рост и вес человека,приближённая оценка расстояний и временных интервалов; взвешивание; измерениетемпературы воздуха и воды), геометрическими фигурами (выбор формы и деталей приконструировании,расчётиразметка,прикидкаиоценкаконечногорезультата).</w:t>
      </w:r>
    </w:p>
    <w:p w:rsidR="001A4CCA" w:rsidRDefault="001A4CCA" w:rsidP="001A4CCA">
      <w:pPr>
        <w:rPr>
          <w:sz w:val="24"/>
        </w:rPr>
      </w:pPr>
    </w:p>
    <w:p w:rsidR="001A4CCA" w:rsidRDefault="001A4CCA" w:rsidP="001A4CCA">
      <w:pPr>
        <w:rPr>
          <w:sz w:val="24"/>
        </w:rPr>
      </w:pPr>
    </w:p>
    <w:p w:rsidR="00772FBA" w:rsidRPr="001A4CCA" w:rsidRDefault="00772FBA" w:rsidP="001A4CCA">
      <w:pPr>
        <w:rPr>
          <w:sz w:val="24"/>
        </w:rPr>
        <w:sectPr w:rsidR="00772FBA" w:rsidRPr="001A4CCA">
          <w:pgSz w:w="11900" w:h="16840"/>
          <w:pgMar w:top="480" w:right="560" w:bottom="280" w:left="560" w:header="720" w:footer="720" w:gutter="0"/>
          <w:cols w:space="720"/>
        </w:sectPr>
      </w:pPr>
    </w:p>
    <w:p w:rsidR="00C1715D" w:rsidRDefault="00C1715D" w:rsidP="00D81C23">
      <w:pPr>
        <w:rPr>
          <w:sz w:val="24"/>
          <w:szCs w:val="24"/>
        </w:rPr>
      </w:pPr>
    </w:p>
    <w:p w:rsidR="00EF085F" w:rsidRDefault="00683B4D">
      <w:pPr>
        <w:pStyle w:val="1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864668">
        <w:t>ПЛАНИРУЕМЫЕОБРАЗОВАТЕЛЬНЫЕРЕЗУЛЬТАТЫ</w:t>
      </w:r>
    </w:p>
    <w:p w:rsidR="00EF085F" w:rsidRDefault="00864668">
      <w:pPr>
        <w:pStyle w:val="a5"/>
        <w:spacing w:before="179" w:line="292" w:lineRule="auto"/>
        <w:ind w:left="106" w:right="1364" w:firstLine="180"/>
      </w:pPr>
      <w:r>
        <w:t>Изучение математики в 1</w:t>
      </w:r>
      <w:r w:rsidR="001A4CCA">
        <w:t>-4  классах</w:t>
      </w:r>
      <w:r>
        <w:t xml:space="preserve"> направлено на достижение обучающимися личностных,метапредметныхипредметныхрезультатовосвоенияучебного предмета.</w:t>
      </w:r>
    </w:p>
    <w:p w:rsidR="001A4CCA" w:rsidRPr="001A4CCA" w:rsidRDefault="001A4CCA">
      <w:pPr>
        <w:pStyle w:val="a5"/>
        <w:spacing w:before="179" w:line="292" w:lineRule="auto"/>
        <w:ind w:left="106" w:right="1364" w:firstLine="180"/>
        <w:rPr>
          <w:b/>
        </w:rPr>
      </w:pPr>
      <w:r w:rsidRPr="001A4CCA">
        <w:rPr>
          <w:b/>
        </w:rPr>
        <w:t>1 КЛАСС</w:t>
      </w:r>
    </w:p>
    <w:p w:rsidR="00EF085F" w:rsidRDefault="00864668">
      <w:pPr>
        <w:pStyle w:val="1"/>
        <w:spacing w:before="191"/>
      </w:pPr>
      <w:r>
        <w:t>ЛИЧНОСТНЫЕРЕЗУЛЬТАТЫ</w:t>
      </w:r>
    </w:p>
    <w:p w:rsidR="00EF085F" w:rsidRDefault="00864668">
      <w:pPr>
        <w:pStyle w:val="a5"/>
        <w:spacing w:before="156" w:line="292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следующиеличностныерезультаты: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дляразвитияобщей культуры человека;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илиопровергатьих;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1012" w:firstLine="0"/>
        <w:rPr>
          <w:sz w:val="24"/>
        </w:rPr>
      </w:pPr>
      <w:r>
        <w:rPr>
          <w:sz w:val="24"/>
        </w:rPr>
        <w:t>применятьправиласовместнойдеятельностисосверстниками,проявлятьспособностьдоговариваться, лидировать, следовать указаниям, осознавать личную ответственность иобъективнооцениватьсвойвкладвобщийрезультат;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осваиватьнавыкиорганизациибезопасногоповедениявинформационнойсреде;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числеприоказаниипомощиодноклассникам,детяммладшеговозраста,взрослымипожилымлюдям;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вреальной жизни, повышающих интерес к интеллектуальному труду и уверенность своих силахприрешении поставленныхзадач, умениепреодолеватьтрудности;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примененияматематикидлярациональногоиэффективногорешенияучебныхижизненныхпроблем;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оцениватьсвоиуспехивизученииматематики,намечатьпутиустранениятрудностей;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разнообразнымиинформационными средствами для решения предложенных и самостоятельно выбранныхучебныхпроблем, задач.</w:t>
      </w:r>
    </w:p>
    <w:p w:rsidR="00EF085F" w:rsidRDefault="00EF085F">
      <w:pPr>
        <w:pStyle w:val="a5"/>
        <w:spacing w:before="8"/>
        <w:ind w:left="0"/>
        <w:rPr>
          <w:sz w:val="21"/>
        </w:rPr>
      </w:pPr>
    </w:p>
    <w:p w:rsidR="00EF085F" w:rsidRDefault="00864668">
      <w:pPr>
        <w:pStyle w:val="1"/>
        <w:spacing w:before="1"/>
      </w:pPr>
      <w:r>
        <w:t>МЕТАПРЕДМЕТНЫЕРЕЗУЛЬТАТЫ</w:t>
      </w:r>
    </w:p>
    <w:p w:rsidR="00EF085F" w:rsidRDefault="00864668">
      <w:pPr>
        <w:pStyle w:val="a5"/>
        <w:spacing w:before="156"/>
        <w:ind w:left="286"/>
      </w:pPr>
      <w:r>
        <w:t>Кконцуобученияуобучающегосяформируютсяследующиеуниверсальныеучебныедействия.</w:t>
      </w:r>
    </w:p>
    <w:p w:rsidR="00EF085F" w:rsidRDefault="00864668">
      <w:pPr>
        <w:pStyle w:val="1"/>
        <w:spacing w:before="180"/>
        <w:ind w:left="286"/>
      </w:pPr>
      <w:r>
        <w:t>Универсальныепознавательныеучебныедействия:</w:t>
      </w:r>
    </w:p>
    <w:p w:rsidR="00EF085F" w:rsidRDefault="00864668">
      <w:pPr>
        <w:pStyle w:val="a7"/>
        <w:numPr>
          <w:ilvl w:val="0"/>
          <w:numId w:val="2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Базовыелогическиедействия: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rPr>
          <w:sz w:val="24"/>
        </w:rPr>
      </w:pPr>
      <w:r>
        <w:rPr>
          <w:sz w:val="24"/>
        </w:rPr>
        <w:t>устанавливатьсвязиизависимостимеждуматематическимиобъектами(часть-целое;причина-следствие;протяжённость);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классификация(группировка),обобщение;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решенияучебныхи житейских задач;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rPr>
          <w:sz w:val="24"/>
        </w:rPr>
      </w:pPr>
      <w:r>
        <w:rPr>
          <w:sz w:val="24"/>
        </w:rPr>
        <w:t xml:space="preserve">представлять текстовую задачу, её решение в виде модели, схемы, арифметической </w:t>
      </w:r>
      <w:r>
        <w:rPr>
          <w:sz w:val="24"/>
        </w:rPr>
        <w:lastRenderedPageBreak/>
        <w:t>записи,текставсоответствиис предложенной учебнойпроблемой.</w:t>
      </w:r>
    </w:p>
    <w:p w:rsidR="00EF085F" w:rsidRDefault="00864668">
      <w:pPr>
        <w:pStyle w:val="a7"/>
        <w:numPr>
          <w:ilvl w:val="0"/>
          <w:numId w:val="2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Базовыеисследовательскиедействия:</w:t>
      </w:r>
    </w:p>
    <w:p w:rsidR="0032775E" w:rsidRDefault="0032775E">
      <w:pPr>
        <w:rPr>
          <w:sz w:val="24"/>
        </w:rPr>
      </w:pP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t>проявлятьспособностьориентироватьсявучебномматериалеразныхразделовкурсаматематики;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rPr>
          <w:sz w:val="24"/>
        </w:rPr>
      </w:pPr>
      <w:r>
        <w:rPr>
          <w:sz w:val="24"/>
        </w:rPr>
        <w:t>пониматьиадекватноиспользоватьматематическуютерминологию:различать,характеризовать,использоватьдлярешенияучебныхипрактическихзадач;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применятьизученныеметодыпознания(измерение,моделирование,переборвариантов)</w:t>
      </w:r>
    </w:p>
    <w:p w:rsidR="0032775E" w:rsidRDefault="0032775E" w:rsidP="0032775E">
      <w:pPr>
        <w:pStyle w:val="a7"/>
        <w:numPr>
          <w:ilvl w:val="0"/>
          <w:numId w:val="2"/>
        </w:numPr>
        <w:tabs>
          <w:tab w:val="left" w:pos="607"/>
        </w:tabs>
        <w:spacing w:before="169"/>
        <w:ind w:left="606" w:hanging="321"/>
        <w:rPr>
          <w:sz w:val="24"/>
        </w:rPr>
      </w:pPr>
      <w:r>
        <w:rPr>
          <w:sz w:val="24"/>
        </w:rPr>
        <w:t>Работасинформацией: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вразныхисточниках информационной среды;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таблицу,диаграмму,другуюмодель);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формулироватьутверждениепообразцу,всоответствиистребованиямиучебной задачи;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источникиинформации.</w:t>
      </w:r>
    </w:p>
    <w:p w:rsidR="0032775E" w:rsidRDefault="0032775E" w:rsidP="0032775E">
      <w:pPr>
        <w:pStyle w:val="1"/>
        <w:spacing w:before="107"/>
        <w:ind w:left="286"/>
      </w:pPr>
      <w:r>
        <w:t>Универсальныекоммуникативныеучебныедействия:</w:t>
      </w:r>
    </w:p>
    <w:p w:rsidR="0032775E" w:rsidRDefault="0032775E" w:rsidP="0032775E">
      <w:pPr>
        <w:pStyle w:val="a5"/>
        <w:spacing w:before="1"/>
        <w:ind w:left="0"/>
        <w:rPr>
          <w:b/>
          <w:sz w:val="25"/>
        </w:rPr>
      </w:pP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конструироватьутверждения,проверятьихистинность;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строитьлогическоерассуждение;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использоватьтекстзаданиядляобъясненияспособаиходарешенияматематическойзадачи;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формулироватьответ;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сиспользованиемизученной терминологии;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высказыватьсуждения, оценивать выступления участников, приводить доказательства своей правоты,проявлятьэтику общения;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7" w:line="292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(например,геометрической фигуры), рассуждение (к примеру, при решении задачи), инструкция (например,измерениедлины отрезка);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ориентироватьсявалгоритмах:воспроизводить,дополнять,исправлятьдеформированные;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 w:line="292" w:lineRule="auto"/>
        <w:ind w:right="431" w:firstLine="0"/>
        <w:rPr>
          <w:sz w:val="24"/>
        </w:rPr>
      </w:pPr>
      <w:r>
        <w:rPr>
          <w:sz w:val="24"/>
        </w:rPr>
        <w:t>составлятьпоаналогии;самостоятельносоставлятьтекстызаданий,аналогичныетиповымизученным.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t>проявлятьспособностьориентироватьсявучебномматериалеразныхразделовкурсаматематики;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rPr>
          <w:sz w:val="24"/>
        </w:rPr>
      </w:pPr>
      <w:r>
        <w:rPr>
          <w:sz w:val="24"/>
        </w:rPr>
        <w:t>пониматьиадекватноиспользоватьматематическуютерминологию:различать,характеризовать,использоватьдлярешенияучебныхипрактическихзадач;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применятьизученныеметодыпознания(измерение,моделирование,переборвариантов)</w:t>
      </w:r>
    </w:p>
    <w:p w:rsidR="0032775E" w:rsidRDefault="0032775E" w:rsidP="0032775E">
      <w:pPr>
        <w:ind w:firstLine="720"/>
        <w:rPr>
          <w:sz w:val="24"/>
        </w:rPr>
      </w:pPr>
    </w:p>
    <w:p w:rsidR="0032775E" w:rsidRDefault="0032775E" w:rsidP="0032775E">
      <w:pPr>
        <w:rPr>
          <w:sz w:val="24"/>
        </w:rPr>
      </w:pPr>
    </w:p>
    <w:p w:rsidR="00EF085F" w:rsidRPr="0032775E" w:rsidRDefault="00EF085F" w:rsidP="0032775E">
      <w:pPr>
        <w:rPr>
          <w:sz w:val="24"/>
        </w:rPr>
        <w:sectPr w:rsidR="00EF085F" w:rsidRPr="0032775E">
          <w:pgSz w:w="11900" w:h="16840"/>
          <w:pgMar w:top="520" w:right="540" w:bottom="280" w:left="560" w:header="720" w:footer="720" w:gutter="0"/>
          <w:cols w:space="720"/>
        </w:sectPr>
      </w:pPr>
    </w:p>
    <w:p w:rsidR="00EF085F" w:rsidRDefault="00864668">
      <w:pPr>
        <w:pStyle w:val="a7"/>
        <w:numPr>
          <w:ilvl w:val="0"/>
          <w:numId w:val="2"/>
        </w:numPr>
        <w:tabs>
          <w:tab w:val="left" w:pos="607"/>
        </w:tabs>
        <w:spacing w:before="169"/>
        <w:ind w:left="606" w:hanging="321"/>
        <w:rPr>
          <w:sz w:val="24"/>
        </w:rPr>
      </w:pPr>
      <w:r>
        <w:rPr>
          <w:sz w:val="24"/>
        </w:rPr>
        <w:lastRenderedPageBreak/>
        <w:t>Работасинформацией: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вразныхисточниках информационной среды;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таблицу,диаграмму,другуюмодель);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формулироватьутверждениепообразцу,всоответствиистребованиямиучебной задачи;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источникиинформации.</w:t>
      </w:r>
    </w:p>
    <w:p w:rsidR="00EF085F" w:rsidRDefault="00864668">
      <w:pPr>
        <w:pStyle w:val="1"/>
        <w:spacing w:before="107"/>
        <w:ind w:left="286"/>
      </w:pPr>
      <w:r>
        <w:t>Универсальныерегулятивныеучебныедействия:</w:t>
      </w:r>
    </w:p>
    <w:p w:rsidR="00EF085F" w:rsidRDefault="00864668">
      <w:pPr>
        <w:pStyle w:val="a7"/>
        <w:numPr>
          <w:ilvl w:val="0"/>
          <w:numId w:val="1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планироватьэтапыпредстоящейработы,определятьпоследовательностьучебныхдействий;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впроцессеобучения.</w:t>
      </w:r>
    </w:p>
    <w:p w:rsidR="00EF085F" w:rsidRDefault="00864668">
      <w:pPr>
        <w:pStyle w:val="a7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осуществлятьконтрольпроцессаирезультатасвоейдеятельности,объективнооцениватьих;</w:t>
      </w:r>
    </w:p>
    <w:p w:rsidR="0032775E" w:rsidRDefault="0032775E">
      <w:pPr>
        <w:rPr>
          <w:sz w:val="24"/>
        </w:rPr>
      </w:pP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78"/>
        <w:ind w:left="886"/>
        <w:rPr>
          <w:sz w:val="24"/>
        </w:rPr>
      </w:pPr>
      <w:r>
        <w:rPr>
          <w:sz w:val="24"/>
        </w:rPr>
        <w:t>выбиратьипринеобходимостикорректироватьспособыдействий;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80" w:line="292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преодоленияошибок.</w:t>
      </w:r>
    </w:p>
    <w:p w:rsidR="0032775E" w:rsidRDefault="0032775E" w:rsidP="0032775E">
      <w:pPr>
        <w:pStyle w:val="a7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ихпредупреждения (формулирование вопросов, обращение к учебнику, дополнительным средствамобучения,втом числе электронным);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оцениватьрациональностьсвоихдействий,даватьимкачественнуюхарактеристику.</w:t>
      </w:r>
    </w:p>
    <w:p w:rsidR="0032775E" w:rsidRDefault="0032775E" w:rsidP="0032775E">
      <w:pPr>
        <w:pStyle w:val="1"/>
        <w:spacing w:before="168"/>
        <w:ind w:left="286"/>
      </w:pPr>
      <w:r>
        <w:t>Совместнаядеятельность: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группы(например, в случае решения задач, требующих перебора большого количества вариантов,приведенияпримерови контрпримеров);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согласовыватьмнения в ходе поиска доказательств, выбора рационального способа, анализаинформации;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предвидетьвозможностьвозникновенияошибокитрудностей,предусматриватьпутиихпредупреждения.</w:t>
      </w:r>
    </w:p>
    <w:p w:rsidR="0032775E" w:rsidRDefault="0032775E" w:rsidP="0032775E">
      <w:pPr>
        <w:pStyle w:val="a5"/>
        <w:spacing w:before="10"/>
        <w:ind w:left="0"/>
        <w:rPr>
          <w:sz w:val="21"/>
        </w:rPr>
      </w:pPr>
    </w:p>
    <w:p w:rsidR="00AC507E" w:rsidRDefault="0032775E" w:rsidP="0032775E">
      <w:pPr>
        <w:pStyle w:val="1"/>
        <w:spacing w:before="0"/>
      </w:pPr>
      <w:r>
        <w:t>ПРЕДМЕТНЫЕРЕЗУЛЬТАТЫ</w:t>
      </w:r>
    </w:p>
    <w:p w:rsidR="00AC507E" w:rsidRDefault="00AC507E" w:rsidP="00AC507E"/>
    <w:p w:rsidR="00AC507E" w:rsidRDefault="00AC507E" w:rsidP="00AC507E">
      <w:pPr>
        <w:pStyle w:val="a5"/>
        <w:spacing w:before="156"/>
        <w:ind w:left="0"/>
      </w:pPr>
      <w:r>
        <w:t>Кконцуобученияв1классеобучающийсянаучится: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читать,записывать,сравнивать,упорядочиватьчислаот0до20;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пересчитыватьразличныеобъекты,устанавливатьпорядковыйномеробъекта;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находитьчисла,большие/меньшиеданногочисланазаданноечисло;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1" w:line="292" w:lineRule="auto"/>
        <w:ind w:right="572" w:firstLine="0"/>
        <w:rPr>
          <w:sz w:val="24"/>
        </w:rPr>
      </w:pPr>
      <w:r>
        <w:rPr>
          <w:sz w:val="24"/>
        </w:rPr>
        <w:lastRenderedPageBreak/>
        <w:t>выполнять арифметические действия сложения и вычитания в пределах 20 (устно иписьменно) без перехода через десяток; называть и различать компоненты действий сложения(слагаемые,сумма)ивычитания(уменьшаемое,вычитаемое,разность);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818" w:firstLine="0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 итребование(вопрос);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991" w:firstLine="0"/>
        <w:rPr>
          <w:sz w:val="24"/>
        </w:rPr>
      </w:pPr>
      <w:r>
        <w:rPr>
          <w:sz w:val="24"/>
        </w:rPr>
        <w:t>сравнивать объекты по длине, устанавливая между ними соотношение длиннее/короче(выше/ниже,шире/уже);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знатьииспользоватьединицудлины—сантиметр;измерятьдлинуотрезка,чертитьотрезокзаданнойдлины (всм);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1313" w:firstLine="0"/>
        <w:rPr>
          <w:sz w:val="24"/>
        </w:rPr>
      </w:pPr>
      <w:r>
        <w:rPr>
          <w:sz w:val="24"/>
        </w:rPr>
        <w:t>различатьчислоицифру;распознаватьгеометрическиефигуры:круг,треугольник,прямоугольник(квадрат), отрезок;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34" w:firstLine="0"/>
        <w:rPr>
          <w:sz w:val="24"/>
        </w:rPr>
      </w:pPr>
      <w:r>
        <w:rPr>
          <w:sz w:val="24"/>
        </w:rPr>
        <w:t>устанавливатьмеждуобъектамисоотношения:слева/справа,дальше/ближе,между,перед/за,над/под;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относительно заданногонабораобъектов/предметов;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489" w:firstLine="0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рядуобъектовповседневной жизни;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66" w:line="292" w:lineRule="auto"/>
        <w:ind w:right="339" w:firstLine="0"/>
        <w:rPr>
          <w:sz w:val="24"/>
        </w:rPr>
      </w:pPr>
      <w:r>
        <w:rPr>
          <w:sz w:val="24"/>
        </w:rPr>
        <w:t>различать строки и столбцы таблицы, вносить данное в таблицу, извлекать данное/данные изтаблицы;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208" w:firstLine="0"/>
        <w:rPr>
          <w:sz w:val="24"/>
        </w:rPr>
      </w:pPr>
      <w:r>
        <w:rPr>
          <w:sz w:val="24"/>
        </w:rPr>
        <w:t>сравниватьдваобъекта(числа,геометрическиефигуры);распределятьобъектынадвегруппыпозаданному основанию.</w:t>
      </w:r>
    </w:p>
    <w:p w:rsidR="00AC507E" w:rsidRDefault="00AC507E" w:rsidP="00AC507E">
      <w:pPr>
        <w:tabs>
          <w:tab w:val="left" w:pos="887"/>
        </w:tabs>
      </w:pPr>
    </w:p>
    <w:p w:rsidR="00AC507E" w:rsidRDefault="00AC507E" w:rsidP="00AC507E"/>
    <w:p w:rsidR="00AC507E" w:rsidRDefault="00AC507E" w:rsidP="00AC507E">
      <w:pPr>
        <w:rPr>
          <w:b/>
        </w:rPr>
      </w:pPr>
      <w:r w:rsidRPr="00AC507E">
        <w:rPr>
          <w:b/>
        </w:rPr>
        <w:t>2 КЛАСС</w:t>
      </w:r>
    </w:p>
    <w:p w:rsidR="00AC507E" w:rsidRDefault="00AC507E" w:rsidP="00AC507E"/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ЛИЧНОСТНЫЕ РЕЗУЛЬТАТЫ</w:t>
      </w:r>
    </w:p>
    <w:p w:rsidR="00AC507E" w:rsidRDefault="00AC507E" w:rsidP="00AC507E">
      <w:pPr>
        <w:tabs>
          <w:tab w:val="left" w:pos="180"/>
        </w:tabs>
        <w:spacing w:line="261" w:lineRule="auto"/>
        <w:ind w:right="28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AC507E" w:rsidRDefault="00AC507E" w:rsidP="00AC507E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осознавать необходимость изучения математики для адаптации к жизненным ситуациям, для развития общей культуры человека; </w:t>
      </w:r>
    </w:p>
    <w:p w:rsidR="00AC507E" w:rsidRDefault="00AC507E" w:rsidP="00AC507E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развития способности мыслить, рассуждать, выдвигать предположения и доказывать или опровергать их; </w:t>
      </w:r>
    </w:p>
    <w:p w:rsidR="00AC507E" w:rsidRDefault="00AC507E" w:rsidP="00AC507E">
      <w:pPr>
        <w:spacing w:line="268" w:lineRule="auto"/>
        <w:ind w:left="42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осваивать навыки организации безопасного поведения в информационной среде; </w:t>
      </w:r>
    </w:p>
    <w:p w:rsidR="00AC507E" w:rsidRDefault="00AC507E" w:rsidP="00AC507E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AC507E" w:rsidRDefault="00AC507E" w:rsidP="00AC507E">
      <w:pPr>
        <w:spacing w:line="268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AC507E" w:rsidRDefault="00AC507E" w:rsidP="00AC507E">
      <w:pPr>
        <w:spacing w:line="261" w:lineRule="auto"/>
        <w:ind w:left="42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оценивать свои успехи в изучении математики, намечать пути устранения трудностей; </w:t>
      </w:r>
    </w:p>
    <w:p w:rsidR="00AC507E" w:rsidRDefault="00AC507E" w:rsidP="00AC507E">
      <w:pPr>
        <w:spacing w:line="268" w:lineRule="auto"/>
        <w:ind w:left="420" w:right="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— стремиться углублять свои математические знания и умения; пользоваться разнообразными информационными средствами для решения предложенных и </w:t>
      </w:r>
      <w:r>
        <w:rPr>
          <w:color w:val="000000"/>
          <w:sz w:val="24"/>
          <w:szCs w:val="24"/>
        </w:rPr>
        <w:lastRenderedPageBreak/>
        <w:t>самостоятельно выбранных учебных проблем, задач.</w:t>
      </w:r>
    </w:p>
    <w:p w:rsidR="00D83E4C" w:rsidRDefault="00D83E4C" w:rsidP="00AC507E">
      <w:pPr>
        <w:spacing w:line="268" w:lineRule="auto"/>
        <w:ind w:left="420" w:right="288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МЕТАПРЕДМЕТНЫЕ РЕЗУЛЬТАТЫ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 концу обучения у обучающегося формируются следующие универсальные учебные действия.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познавательные учебные действия: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1)  Базовые логические действия:</w:t>
      </w:r>
    </w:p>
    <w:p w:rsidR="00AC507E" w:rsidRDefault="00AC507E" w:rsidP="00AC507E">
      <w:pPr>
        <w:spacing w:line="261" w:lineRule="auto"/>
        <w:ind w:left="420" w:right="100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связи и зависимости между математическими объектами (часть-целое; причина-следствие; протяжённость); </w:t>
      </w:r>
    </w:p>
    <w:p w:rsidR="00AC507E" w:rsidRDefault="00AC507E" w:rsidP="00AC507E">
      <w:pPr>
        <w:spacing w:line="261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базовые логические универсальные действия: сравнение, анализ, классификация (группировка), обобщение;</w:t>
      </w:r>
    </w:p>
    <w:p w:rsidR="00AC507E" w:rsidRDefault="00AC507E" w:rsidP="00AC507E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>— приобретать практические графические и измерительные навыки для успешного решения учебных и житейских задач;</w:t>
      </w:r>
    </w:p>
    <w:p w:rsidR="00AC507E" w:rsidRDefault="00AC507E" w:rsidP="00AC507E">
      <w:pPr>
        <w:spacing w:line="261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2)  Базовые исследовательские действия: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проявлять способность ориентироваться в учебном материале разных разделов курса математики; </w:t>
      </w:r>
    </w:p>
    <w:p w:rsidR="00AC507E" w:rsidRDefault="00AC507E" w:rsidP="00AC507E">
      <w:pPr>
        <w:spacing w:line="261" w:lineRule="auto"/>
        <w:ind w:left="240" w:right="14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изученные методы познания (измерение, моделирование, перебор вариантов)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3)  Работа с информацией:</w:t>
      </w:r>
    </w:p>
    <w:p w:rsidR="00AC507E" w:rsidRDefault="00AC507E" w:rsidP="00AC507E">
      <w:pPr>
        <w:spacing w:line="261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читать, интерпретировать графически представленную информацию (схему, таблицу, диаграмму, другую модель); </w:t>
      </w:r>
    </w:p>
    <w:p w:rsidR="00AC507E" w:rsidRDefault="00AC507E" w:rsidP="00AC507E">
      <w:pPr>
        <w:spacing w:line="261" w:lineRule="auto"/>
        <w:ind w:left="24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AC507E" w:rsidRDefault="00AC507E" w:rsidP="00AC507E">
      <w:pPr>
        <w:spacing w:line="261" w:lineRule="auto"/>
        <w:ind w:left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принимать правила, безопасно использовать предлагаемые электронные средства и источники информации.</w:t>
      </w:r>
    </w:p>
    <w:p w:rsidR="00D83E4C" w:rsidRDefault="00D83E4C" w:rsidP="00AC507E">
      <w:pPr>
        <w:spacing w:line="261" w:lineRule="auto"/>
        <w:ind w:left="240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коммуникативные учебные действия: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конструировать утверждения, проверять их истинность;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строить логическое рассуждение;</w:t>
      </w:r>
    </w:p>
    <w:p w:rsidR="00AC507E" w:rsidRDefault="00AC507E" w:rsidP="00AC507E">
      <w:pPr>
        <w:spacing w:line="228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— использовать текст задания для объяснения способа и хода решения математической задачи;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формулировать ответ;</w:t>
      </w:r>
    </w:p>
    <w:p w:rsidR="00AC507E" w:rsidRDefault="00AC507E" w:rsidP="00AC507E">
      <w:pPr>
        <w:spacing w:line="261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AC507E" w:rsidRDefault="00AC507E" w:rsidP="00AC507E">
      <w:pPr>
        <w:spacing w:line="26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AC507E" w:rsidRDefault="00AC507E" w:rsidP="00AC507E">
      <w:pPr>
        <w:spacing w:line="273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ориентироваться в алгоритмах: воспроизводить, дополнять, исправлять деформированные;</w:t>
      </w:r>
    </w:p>
    <w:p w:rsidR="00AC507E" w:rsidRDefault="00AC507E" w:rsidP="00AC507E">
      <w:pPr>
        <w:spacing w:line="261" w:lineRule="auto"/>
        <w:ind w:left="24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>— составлять по аналогии; самостоятельно составлять тексты заданий, аналогичные типовым изученным.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регулятивные учебные действия: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1)  Самоорганизация: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планировать этапы предстоящей работы, определять последовательность учебных действий; 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>— выполнять правила безопасного использования электронных средств, предлагаемых в процессе обучения.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2)  Самоконтроль: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осуществлять контроль процесса и результата своей деятельности, объективно оценивать их; </w:t>
      </w:r>
    </w:p>
    <w:p w:rsidR="00AC507E" w:rsidRDefault="00AC507E" w:rsidP="00AC507E">
      <w:pPr>
        <w:rPr>
          <w:sz w:val="24"/>
          <w:szCs w:val="24"/>
        </w:rPr>
        <w:sectPr w:rsidR="00AC507E">
          <w:pgSz w:w="11900" w:h="16840"/>
          <w:pgMar w:top="352" w:right="722" w:bottom="302" w:left="846" w:header="720" w:footer="720" w:gutter="0"/>
          <w:cols w:space="720"/>
        </w:sectPr>
      </w:pP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— выбирать и при необходимости корректировать способы действий;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находить ошибки в своей работе, устанавливать их причины, вести поиск путей преодоления ошибок.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3)  Самооценка:</w:t>
      </w:r>
    </w:p>
    <w:p w:rsidR="00AC507E" w:rsidRDefault="00AC507E" w:rsidP="00AC507E">
      <w:pPr>
        <w:spacing w:line="26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AC507E" w:rsidRDefault="00AC507E" w:rsidP="00AC507E">
      <w:pPr>
        <w:spacing w:line="228" w:lineRule="auto"/>
        <w:ind w:left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оценивать рациональность своих действий, давать им качественную характеристику.</w:t>
      </w:r>
    </w:p>
    <w:p w:rsidR="00D83E4C" w:rsidRDefault="00D83E4C" w:rsidP="00AC507E">
      <w:pPr>
        <w:spacing w:line="228" w:lineRule="auto"/>
        <w:ind w:left="420"/>
        <w:rPr>
          <w:sz w:val="24"/>
          <w:szCs w:val="24"/>
        </w:rPr>
      </w:pP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Совместная деятельность:</w:t>
      </w:r>
    </w:p>
    <w:p w:rsidR="00AC507E" w:rsidRDefault="00AC507E" w:rsidP="00AC507E">
      <w:pPr>
        <w:spacing w:line="268" w:lineRule="auto"/>
        <w:ind w:left="420" w:righ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согласовывать мнения в ходе поиска доказательств, выбора рационального способа, анализа информации;</w:t>
      </w:r>
    </w:p>
    <w:p w:rsidR="00AC507E" w:rsidRDefault="00AC507E" w:rsidP="00AC507E">
      <w:pPr>
        <w:spacing w:line="261" w:lineRule="auto"/>
        <w:ind w:left="420" w:right="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83E4C" w:rsidRDefault="00D83E4C" w:rsidP="00AC507E">
      <w:pPr>
        <w:spacing w:line="261" w:lineRule="auto"/>
        <w:ind w:left="420" w:right="288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ПРЕДМЕТНЫЕ РЕЗУЛЬТАТЫ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 концу обучения во 2классе обучающийся научится: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читать, записывать, сравнивать, упорядочивать числа в пределах 100;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AC507E" w:rsidRDefault="00AC507E" w:rsidP="00AC507E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AC507E" w:rsidRDefault="00AC507E" w:rsidP="00AC507E">
      <w:pPr>
        <w:spacing w:line="261" w:lineRule="auto"/>
        <w:ind w:left="288" w:right="864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называть и различать компоненты действий умножения (множители, произведение); деления (делимое, делитель, частное); </w:t>
      </w:r>
    </w:p>
    <w:p w:rsidR="00AC507E" w:rsidRDefault="00AC507E" w:rsidP="00C07A5F">
      <w:pPr>
        <w:spacing w:line="276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 </w:t>
      </w:r>
    </w:p>
    <w:p w:rsidR="00AC507E" w:rsidRDefault="00AC507E" w:rsidP="00AC507E">
      <w:pPr>
        <w:spacing w:line="26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решать текстовые задачи в одно-два действия: представлять задачу (краткая запись, рисунок, таблица или другая модель); </w:t>
      </w:r>
    </w:p>
    <w:p w:rsidR="00AC507E" w:rsidRDefault="00AC507E" w:rsidP="00AC507E">
      <w:pPr>
        <w:spacing w:line="261" w:lineRule="auto"/>
        <w:ind w:left="42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различать и называть геометрические фигуры: прямой угол; ломаную, многоугольник; </w:t>
      </w:r>
    </w:p>
    <w:p w:rsidR="00C07A5F" w:rsidRPr="00C07A5F" w:rsidRDefault="00C07A5F" w:rsidP="00C07A5F">
      <w:pPr>
        <w:spacing w:line="276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           выделять среди четырехугольников прямоугольники, квадраты;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на бумаге в клетку изображать ломаную, многоугольник; чертить прямой угол,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 прямоугольник с заданными длинами сторон;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использовать для выполнения построений линейку, угольник;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выполнять измерение длин реальных объектов с помощью линейки; находить длину ломаной,    состоящей из двух-трёх звеньев, периметр прямоугольника (квадрата); </w:t>
      </w:r>
      <w:r>
        <w:rPr>
          <w:sz w:val="24"/>
          <w:szCs w:val="24"/>
        </w:rPr>
        <w:br/>
      </w:r>
      <w:r w:rsidRPr="00C07A5F">
        <w:rPr>
          <w:color w:val="000000"/>
        </w:rPr>
        <w:t xml:space="preserve">—  распознавать верные (истинные) и неверные (ложные) утверждения со словами «все», </w:t>
      </w:r>
      <w:r w:rsidRPr="00C07A5F">
        <w:br/>
      </w:r>
      <w:r w:rsidRPr="00C07A5F">
        <w:rPr>
          <w:color w:val="000000"/>
        </w:rPr>
        <w:t xml:space="preserve">       —  проводить одно-двухшаговые логические рассуждения и делать выводы; </w:t>
      </w:r>
      <w:r w:rsidRPr="00C07A5F">
        <w:br/>
      </w:r>
      <w:r w:rsidRPr="00C07A5F">
        <w:rPr>
          <w:color w:val="000000"/>
        </w:rPr>
        <w:t xml:space="preserve">       —  находить общий признак группы математических объектов (чисел, величин, фигур)</w:t>
      </w:r>
      <w:r w:rsidRPr="00C07A5F">
        <w:br/>
      </w:r>
      <w:r w:rsidRPr="00C07A5F">
        <w:rPr>
          <w:color w:val="000000"/>
        </w:rPr>
        <w:t xml:space="preserve">       —  находить закономерность в ряду объектов (чисел, геометрических фигур); </w:t>
      </w:r>
      <w:r w:rsidRPr="00C07A5F">
        <w:br/>
      </w:r>
      <w:r w:rsidRPr="00C07A5F">
        <w:rPr>
          <w:color w:val="000000"/>
        </w:rPr>
        <w:t xml:space="preserve">       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   геометрических фигур);</w:t>
      </w:r>
      <w:r w:rsidRPr="00C07A5F">
        <w:br/>
      </w:r>
      <w:r w:rsidRPr="00C07A5F">
        <w:rPr>
          <w:color w:val="000000"/>
        </w:rPr>
        <w:t xml:space="preserve">      —  сравнивать группы объектов (находить общее, различное); </w:t>
      </w:r>
      <w:r w:rsidRPr="00C07A5F">
        <w:br/>
      </w:r>
      <w:r w:rsidRPr="00C07A5F">
        <w:rPr>
          <w:color w:val="000000"/>
        </w:rPr>
        <w:lastRenderedPageBreak/>
        <w:t xml:space="preserve">      —  обнаруживать модели геометрических фигур в окружающем мире; подбирать примеры,   подтверждающие суждение, ответ; </w:t>
      </w:r>
      <w:r w:rsidRPr="00C07A5F">
        <w:br/>
      </w:r>
      <w:r w:rsidRPr="00C07A5F">
        <w:rPr>
          <w:color w:val="000000"/>
        </w:rPr>
        <w:t xml:space="preserve">      —  составлять (дополнять) текстовую задачу; </w:t>
      </w:r>
      <w:r w:rsidRPr="00C07A5F">
        <w:br/>
      </w:r>
      <w:r w:rsidRPr="00C07A5F">
        <w:rPr>
          <w:color w:val="000000"/>
        </w:rPr>
        <w:t xml:space="preserve">      —  проверять правильность вычислений.</w:t>
      </w:r>
    </w:p>
    <w:p w:rsidR="00C07A5F" w:rsidRDefault="00C07A5F" w:rsidP="00AC507E">
      <w:pPr>
        <w:rPr>
          <w:sz w:val="24"/>
          <w:szCs w:val="24"/>
        </w:rPr>
      </w:pPr>
    </w:p>
    <w:p w:rsidR="00C07A5F" w:rsidRPr="00C07A5F" w:rsidRDefault="00C07A5F" w:rsidP="00C07A5F">
      <w:pPr>
        <w:ind w:firstLine="720"/>
        <w:rPr>
          <w:b/>
          <w:sz w:val="24"/>
          <w:szCs w:val="24"/>
        </w:rPr>
      </w:pPr>
      <w:r w:rsidRPr="00C07A5F">
        <w:rPr>
          <w:b/>
          <w:sz w:val="24"/>
          <w:szCs w:val="24"/>
        </w:rPr>
        <w:t>3 КЛАСС</w:t>
      </w:r>
    </w:p>
    <w:p w:rsidR="00C07A5F" w:rsidRDefault="00C07A5F" w:rsidP="00C07A5F">
      <w:pPr>
        <w:rPr>
          <w:sz w:val="24"/>
          <w:szCs w:val="24"/>
        </w:rPr>
      </w:pPr>
    </w:p>
    <w:p w:rsidR="00C07A5F" w:rsidRDefault="00C07A5F" w:rsidP="00C07A5F">
      <w:pPr>
        <w:pStyle w:val="1"/>
        <w:spacing w:before="202"/>
      </w:pPr>
      <w:r>
        <w:t>ЛИЧНОСТНЫЕРЕЗУЛЬТАТЫ.</w:t>
      </w:r>
    </w:p>
    <w:p w:rsidR="00C07A5F" w:rsidRDefault="00C07A5F" w:rsidP="00C07A5F">
      <w:pPr>
        <w:pStyle w:val="a5"/>
        <w:spacing w:before="157" w:line="288" w:lineRule="auto"/>
        <w:ind w:left="107" w:firstLine="182"/>
      </w:pPr>
      <w:r>
        <w:t>Врезультатеизученияпредмета«Математика»уобучающегосябудутсформированыследующиеличностныерезультаты: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5" w:line="288" w:lineRule="auto"/>
        <w:ind w:right="321" w:firstLine="0"/>
        <w:rPr>
          <w:sz w:val="24"/>
        </w:rPr>
      </w:pPr>
      <w:r>
        <w:rPr>
          <w:sz w:val="24"/>
        </w:rPr>
        <w:t>осознаватьнеобходимостьизученияматематикидляадаптациикжизненнымситуациям,дляразвитияобщейкультурычеловека;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5" w:line="290" w:lineRule="auto"/>
        <w:ind w:right="723" w:firstLine="0"/>
        <w:rPr>
          <w:sz w:val="24"/>
        </w:rPr>
      </w:pPr>
      <w:r>
        <w:rPr>
          <w:sz w:val="24"/>
        </w:rPr>
        <w:t>развитияспособностимыслить,рассуждать,выдвигатьпредположенияидоказыватьилиопровергатьих;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line="290" w:lineRule="auto"/>
        <w:ind w:right="1020" w:firstLine="0"/>
        <w:rPr>
          <w:sz w:val="24"/>
        </w:rPr>
      </w:pPr>
      <w:r>
        <w:rPr>
          <w:sz w:val="24"/>
        </w:rPr>
        <w:t>применятьправиласовместнойдеятельностисосверстниками,проявлятьспособностьдоговариваться, лидировать, следовать указаниям, осознавать личную ответственность иобъективнооценивать свойвкладвобщийрезультат;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3"/>
        <w:ind w:left="890" w:hanging="366"/>
        <w:rPr>
          <w:sz w:val="24"/>
        </w:rPr>
      </w:pPr>
      <w:r>
        <w:rPr>
          <w:sz w:val="24"/>
        </w:rPr>
        <w:t>осваиватьнавыкиорганизациибезопасногоповедениявинформационнойсреде;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85" w:line="288" w:lineRule="auto"/>
        <w:ind w:right="42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числеприоказаниипомощиодноклассникам,детяммладшеговозраста,взрослымипожилымлюдям;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5" w:line="290" w:lineRule="auto"/>
        <w:ind w:right="507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вреальнойжизни,повышающихинтерескинтеллектуальномутрудуиуверенность своихсилахприрешениипоставленных задач,умениепреодолеватьтрудности;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8" w:line="288" w:lineRule="auto"/>
        <w:ind w:right="991" w:firstLine="0"/>
        <w:rPr>
          <w:sz w:val="24"/>
        </w:rPr>
      </w:pPr>
      <w:r>
        <w:rPr>
          <w:sz w:val="24"/>
        </w:rPr>
        <w:t>оцениватьпрактическиеиучебныеситуациисточкизрениявозможностипримененияматематикидлярациональногоиэффективногорешенияучебныхижизненныхпроблем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6"/>
        <w:ind w:left="890" w:hanging="366"/>
        <w:rPr>
          <w:sz w:val="24"/>
        </w:rPr>
      </w:pPr>
      <w:r>
        <w:rPr>
          <w:sz w:val="24"/>
        </w:rPr>
        <w:t>оцениватьсвоиуспехивизученииматематики,намечатьпутиустранениятрудностей;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84" w:line="288" w:lineRule="auto"/>
        <w:ind w:right="441" w:firstLine="0"/>
        <w:rPr>
          <w:sz w:val="24"/>
        </w:rPr>
      </w:pPr>
      <w:r>
        <w:rPr>
          <w:sz w:val="24"/>
        </w:rPr>
        <w:t>стремитьсяуглублятьсвоиматематическиезнанияиумения;пользоватьсяразнообразнымиинформационными средства ми для решения предложенных и самостоятельно выбранныхучебныхпроблем,задач.</w:t>
      </w:r>
    </w:p>
    <w:p w:rsidR="00C07A5F" w:rsidRDefault="00C07A5F" w:rsidP="00C07A5F">
      <w:pPr>
        <w:pStyle w:val="a5"/>
        <w:spacing w:before="4"/>
        <w:ind w:left="0"/>
        <w:rPr>
          <w:sz w:val="22"/>
        </w:rPr>
      </w:pPr>
    </w:p>
    <w:p w:rsidR="00C07A5F" w:rsidRDefault="00C07A5F" w:rsidP="00C07A5F">
      <w:pPr>
        <w:pStyle w:val="1"/>
      </w:pPr>
      <w:r>
        <w:t>МЕТАПРЕДМЕТНЫЕРЕЗУЛЬТАТЫ</w:t>
      </w:r>
    </w:p>
    <w:p w:rsidR="00C07A5F" w:rsidRDefault="00C07A5F" w:rsidP="00C07A5F">
      <w:pPr>
        <w:pStyle w:val="a5"/>
        <w:spacing w:before="151"/>
        <w:ind w:left="290"/>
      </w:pPr>
      <w:r>
        <w:rPr>
          <w:spacing w:val="-1"/>
        </w:rPr>
        <w:t>Кконцуобученияу</w:t>
      </w:r>
      <w:r>
        <w:t>обучающегосяформируютсяследующие универсальные учебныедействия.</w:t>
      </w:r>
    </w:p>
    <w:p w:rsidR="00C07A5F" w:rsidRDefault="00C07A5F" w:rsidP="00C07A5F">
      <w:pPr>
        <w:pStyle w:val="1"/>
        <w:spacing w:before="65"/>
        <w:ind w:left="290"/>
      </w:pPr>
      <w:r>
        <w:t>Универсальныепознавательныеучебныедействия: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55"/>
        <w:rPr>
          <w:i/>
          <w:sz w:val="24"/>
        </w:rPr>
      </w:pPr>
      <w:r>
        <w:rPr>
          <w:i/>
          <w:sz w:val="24"/>
        </w:rPr>
        <w:t>Базовыелогическиедействия: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1" w:line="290" w:lineRule="auto"/>
        <w:ind w:right="1144" w:firstLine="0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z w:val="24"/>
        </w:rPr>
        <w:t>связиизависимостимеждуматематическимиобъектами(часть-целое;причина-следствие;протяжённость);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line="288" w:lineRule="auto"/>
        <w:ind w:right="463" w:firstLine="0"/>
        <w:rPr>
          <w:sz w:val="24"/>
        </w:rPr>
      </w:pPr>
      <w:r>
        <w:rPr>
          <w:sz w:val="24"/>
        </w:rPr>
        <w:t>применятьбазовыелогическиеуниверсальныедействия:сравнение,анализ,классификация(группировка),обобщение;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655" w:firstLine="0"/>
        <w:rPr>
          <w:sz w:val="24"/>
        </w:rPr>
      </w:pPr>
      <w:r>
        <w:rPr>
          <w:sz w:val="24"/>
        </w:rPr>
        <w:t>приобретатьпрактическиеграфическиеиизмерительныенавыкидляуспешногорешенияучебныхижитейскихзадач;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104"/>
        <w:rPr>
          <w:i/>
          <w:sz w:val="24"/>
        </w:rPr>
      </w:pPr>
      <w:r>
        <w:rPr>
          <w:i/>
          <w:sz w:val="24"/>
        </w:rPr>
        <w:t>Базовыеисследовательскиедействия: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проявлятьспособностьориентироватьсявучебномматериалеразныхразделовкурса</w:t>
      </w:r>
    </w:p>
    <w:p w:rsidR="00D83E4C" w:rsidRDefault="00D83E4C" w:rsidP="00C07A5F">
      <w:pPr>
        <w:widowControl/>
        <w:autoSpaceDE/>
        <w:autoSpaceDN/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Default="00D83E4C" w:rsidP="00D83E4C">
      <w:pPr>
        <w:tabs>
          <w:tab w:val="left" w:pos="1455"/>
        </w:tabs>
        <w:rPr>
          <w:sz w:val="24"/>
        </w:rPr>
      </w:pPr>
    </w:p>
    <w:p w:rsidR="00D83E4C" w:rsidRDefault="00D83E4C" w:rsidP="00D83E4C">
      <w:pPr>
        <w:rPr>
          <w:sz w:val="24"/>
        </w:rPr>
      </w:pPr>
    </w:p>
    <w:p w:rsidR="00C07A5F" w:rsidRPr="00D83E4C" w:rsidRDefault="00C07A5F" w:rsidP="00D83E4C">
      <w:pPr>
        <w:rPr>
          <w:sz w:val="24"/>
        </w:rPr>
        <w:sectPr w:rsidR="00C07A5F" w:rsidRPr="00D83E4C">
          <w:pgSz w:w="11900" w:h="16840"/>
          <w:pgMar w:top="50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5"/>
        <w:spacing w:before="71"/>
      </w:pPr>
      <w:r>
        <w:lastRenderedPageBreak/>
        <w:t>математики;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 w:line="288" w:lineRule="auto"/>
        <w:ind w:right="1712" w:firstLine="0"/>
        <w:rPr>
          <w:sz w:val="24"/>
        </w:rPr>
      </w:pPr>
      <w:r>
        <w:rPr>
          <w:sz w:val="24"/>
        </w:rPr>
        <w:t>пониматьиадекватноиспользоватьматематическуютерминологию:различать,характеризовать,использоватьдлярешенияучебныхипрактическихзадач;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/>
        <w:ind w:left="890" w:hanging="366"/>
        <w:rPr>
          <w:sz w:val="24"/>
        </w:rPr>
      </w:pPr>
      <w:r>
        <w:rPr>
          <w:sz w:val="24"/>
        </w:rPr>
        <w:t>применятьизученныеметодыпознания(измерение,моделирование,переборвариантов)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166"/>
        <w:rPr>
          <w:i/>
          <w:sz w:val="24"/>
        </w:rPr>
      </w:pPr>
      <w:r>
        <w:rPr>
          <w:i/>
          <w:sz w:val="24"/>
        </w:rPr>
        <w:t>Работа синформацией: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1" w:line="290" w:lineRule="auto"/>
        <w:ind w:right="245" w:firstLine="0"/>
        <w:rPr>
          <w:sz w:val="24"/>
        </w:rPr>
      </w:pPr>
      <w:r>
        <w:rPr>
          <w:sz w:val="24"/>
        </w:rPr>
        <w:t>находитьииспользоватьдлярешенияучебныхзадачтекстовую,графическуюинформациювразныхисточникахинформационнойсреды;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 w:line="288" w:lineRule="auto"/>
        <w:ind w:right="1093" w:firstLine="0"/>
        <w:rPr>
          <w:sz w:val="24"/>
        </w:rPr>
      </w:pPr>
      <w:r>
        <w:rPr>
          <w:sz w:val="24"/>
        </w:rPr>
        <w:t>читать,интерпретироватьграфическипредставленнуюинформацию(схему,таблицу,диаграмму,другуюмодель);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701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формулироватьутверждениепообразцу,всоответствиистребованиямиучебнойзадачи;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line="290" w:lineRule="auto"/>
        <w:ind w:right="181" w:firstLine="0"/>
        <w:rPr>
          <w:sz w:val="24"/>
        </w:rPr>
      </w:pPr>
      <w:r>
        <w:rPr>
          <w:sz w:val="24"/>
        </w:rPr>
        <w:t>приниматьправила,безопасноиспользоватьпредлагаемыеэлектронныесредстваиисточникиинформации.</w:t>
      </w:r>
    </w:p>
    <w:p w:rsidR="00C07A5F" w:rsidRDefault="00C07A5F" w:rsidP="00C07A5F">
      <w:pPr>
        <w:pStyle w:val="1"/>
        <w:spacing w:before="110"/>
        <w:ind w:left="290"/>
      </w:pPr>
      <w:r>
        <w:t>Универсальныекоммуникативныеучебныедействия: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60"/>
        <w:ind w:left="890" w:hanging="366"/>
        <w:rPr>
          <w:sz w:val="24"/>
        </w:rPr>
      </w:pPr>
      <w:r>
        <w:rPr>
          <w:sz w:val="24"/>
        </w:rPr>
        <w:t>конструироватьутверждения,проверятьихистинность;строитьлогическоерассуждение;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1"/>
        <w:ind w:left="890" w:hanging="366"/>
        <w:rPr>
          <w:sz w:val="24"/>
        </w:rPr>
      </w:pPr>
      <w:r>
        <w:rPr>
          <w:sz w:val="24"/>
        </w:rPr>
        <w:t>использоватьтекстзаданиядляобъясненияспособаиходарешенияматематическойзадачи;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формулироватьответ;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 w:line="288" w:lineRule="auto"/>
        <w:ind w:right="486" w:firstLine="0"/>
        <w:rPr>
          <w:sz w:val="24"/>
        </w:rPr>
      </w:pPr>
      <w:r>
        <w:rPr>
          <w:sz w:val="24"/>
        </w:rPr>
        <w:t>комментироватьпроцессвычисления,построения, решения;объяснятьполученныйответсиспользованием изученнойтерминологии;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226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высказыватьсуждения, оценивать выступления участников, приводить доказательства своей правоты,проявлятьэтикуобщения;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 w:line="290" w:lineRule="auto"/>
        <w:ind w:right="289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(например,геометрическойфигуры),рассуждение(кпримеру,прирешениизадачи),инструкция(например,измерениедлиныотрезка);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ориентироватьсявалгоритмах:воспроизводить,дополнять,исправлятьдеформированные;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составлятьпо аналогии;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самостоятельносоставлятьтекстызаданий,аналогичныетиповымизученным.</w:t>
      </w:r>
    </w:p>
    <w:p w:rsidR="00C07A5F" w:rsidRDefault="00C07A5F" w:rsidP="00C07A5F">
      <w:pPr>
        <w:pStyle w:val="1"/>
        <w:spacing w:before="170"/>
        <w:ind w:left="290"/>
      </w:pPr>
      <w:r>
        <w:t>Универсальныерегулятивныеучебныедействия:</w:t>
      </w: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5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планироватьэтапыпредстоящейработы,определятьпоследовательностьучебныхдействий;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1060" w:firstLine="0"/>
        <w:rPr>
          <w:sz w:val="24"/>
        </w:rPr>
      </w:pPr>
      <w:r>
        <w:rPr>
          <w:sz w:val="24"/>
        </w:rPr>
        <w:t>выполнятьправилабезопасного использованияэлектронныхсредств,предлагаемыхвпроцессеобучения.</w:t>
      </w: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111"/>
        <w:rPr>
          <w:i/>
          <w:sz w:val="24"/>
        </w:rPr>
      </w:pPr>
      <w:r>
        <w:rPr>
          <w:i/>
          <w:sz w:val="24"/>
        </w:rPr>
        <w:t>Самоконтроль: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осуществлятьконтрольпроцессаирезультатасвоейдеятельности,объективнооцениватьих;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выбиратьипринеобходимостикорректироватьспособыдействий;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90" w:lineRule="auto"/>
        <w:ind w:right="311" w:firstLine="0"/>
        <w:rPr>
          <w:sz w:val="24"/>
        </w:rPr>
      </w:pPr>
      <w:r>
        <w:rPr>
          <w:sz w:val="24"/>
        </w:rPr>
        <w:t>находитьошибкив своей работе,устанавливать ихпричины,вестипоискпутейпреодоленияошибок.</w:t>
      </w:r>
    </w:p>
    <w:p w:rsidR="00C07A5F" w:rsidRDefault="00C07A5F" w:rsidP="00C07A5F">
      <w:pPr>
        <w:widowControl/>
        <w:autoSpaceDE/>
        <w:autoSpaceDN/>
        <w:spacing w:line="290" w:lineRule="auto"/>
        <w:rPr>
          <w:sz w:val="24"/>
        </w:rPr>
        <w:sectPr w:rsidR="00C07A5F">
          <w:pgSz w:w="11900" w:h="16840"/>
          <w:pgMar w:top="56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79"/>
        <w:rPr>
          <w:i/>
          <w:sz w:val="24"/>
        </w:rPr>
      </w:pPr>
      <w:r>
        <w:rPr>
          <w:i/>
          <w:sz w:val="24"/>
        </w:rPr>
        <w:lastRenderedPageBreak/>
        <w:t>Самооценка: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1" w:line="288" w:lineRule="auto"/>
        <w:ind w:right="255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ихпредупреждения(формулированиевопросов,обращениекучебнику,дополнительнымсредствамобучения,втомчислеэлектронным);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1"/>
        <w:ind w:left="890" w:hanging="366"/>
        <w:rPr>
          <w:sz w:val="24"/>
        </w:rPr>
      </w:pPr>
      <w:r>
        <w:rPr>
          <w:sz w:val="24"/>
        </w:rPr>
        <w:t>оцениватьрациональностьсвоихдействий,даватьимкачественнуюхарактеристику.</w:t>
      </w:r>
    </w:p>
    <w:p w:rsidR="00C07A5F" w:rsidRDefault="00C07A5F" w:rsidP="00C07A5F">
      <w:pPr>
        <w:pStyle w:val="1"/>
        <w:spacing w:before="176"/>
        <w:ind w:left="290"/>
      </w:pPr>
      <w:r>
        <w:t>Совместнаядеятельность: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61" w:line="290" w:lineRule="auto"/>
        <w:ind w:right="940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группы(например,вслучаерешениязадач,требующихпереборабольшогоколичествавариантов,приведенияпримеров иконтрпримеров);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90" w:lineRule="auto"/>
        <w:ind w:right="383" w:firstLine="0"/>
        <w:rPr>
          <w:sz w:val="24"/>
        </w:rPr>
      </w:pPr>
      <w:r>
        <w:rPr>
          <w:sz w:val="24"/>
        </w:rPr>
        <w:t>согласовывать мнения в ходе поиска доказательств, выбора рационального способа, анализаинформации;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line="288" w:lineRule="auto"/>
        <w:ind w:right="537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предвидетьвозможностьвозникновенияошибокитрудностей,предусматриватьпутиихпредупреждения.</w:t>
      </w:r>
    </w:p>
    <w:p w:rsidR="00C07A5F" w:rsidRDefault="00C07A5F" w:rsidP="00C07A5F">
      <w:pPr>
        <w:pStyle w:val="a5"/>
        <w:spacing w:before="6"/>
        <w:ind w:left="0"/>
        <w:rPr>
          <w:sz w:val="22"/>
        </w:rPr>
      </w:pPr>
    </w:p>
    <w:p w:rsidR="00C07A5F" w:rsidRDefault="00C07A5F" w:rsidP="00C07A5F">
      <w:pPr>
        <w:pStyle w:val="1"/>
        <w:spacing w:before="1"/>
      </w:pPr>
      <w:r>
        <w:t>ПРЕДМЕТНЫЕРЕЗУЛЬТАТЫ</w:t>
      </w:r>
    </w:p>
    <w:p w:rsidR="00C07A5F" w:rsidRDefault="00C07A5F" w:rsidP="00C07A5F">
      <w:pPr>
        <w:pStyle w:val="a5"/>
        <w:spacing w:before="151"/>
        <w:ind w:left="290"/>
      </w:pPr>
      <w:r>
        <w:rPr>
          <w:spacing w:val="-1"/>
        </w:rPr>
        <w:t>Кконцу</w:t>
      </w:r>
      <w:r>
        <w:t>обученияво3</w:t>
      </w:r>
      <w:r>
        <w:rPr>
          <w:b/>
        </w:rPr>
        <w:t>классе</w:t>
      </w:r>
      <w:r>
        <w:t>обучающийсянаучится: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читать,записывать,сравнивать,упорядочиватьчиславпределах1000;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1" w:line="290" w:lineRule="auto"/>
        <w:ind w:right="461" w:firstLine="0"/>
        <w:rPr>
          <w:sz w:val="24"/>
        </w:rPr>
      </w:pPr>
      <w:r>
        <w:rPr>
          <w:sz w:val="24"/>
        </w:rPr>
        <w:t>находитьчислобольшее/меньшееданногочисланазаданноечисло,взаданноечислораз(впределах1000);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90" w:lineRule="auto"/>
        <w:ind w:right="609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впределах 1000 — письменно); умножение и деление на однозначное число (в пределах 100 —устноиписьменно);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выполнятьдействияумножениеиделение счислами0и1,делениесостатком;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151" w:firstLine="0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выражения(соскобками/безскобок),содержащегоарифметическиедействия сложения,вычитания,умноженияиделения; использоватьпри вычислениях переместительноеисочетательноесвойствасложения;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находитьнеизвестныйкомпонентарифметическогодействия;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255" w:firstLine="0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длины(миллиметр,сантиметр,дециметр,метр,километр),массы(грамм,килограмм),времени(минута,час,секунда),стоимости(копейка,рубль),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1"/>
        <w:ind w:left="890" w:hanging="366"/>
        <w:rPr>
          <w:sz w:val="24"/>
        </w:rPr>
      </w:pPr>
      <w:r>
        <w:rPr>
          <w:sz w:val="24"/>
        </w:rPr>
        <w:t>преобразовыватьодниединицыданнойвеличинывдругие;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753" w:firstLine="0"/>
        <w:rPr>
          <w:sz w:val="24"/>
        </w:rPr>
      </w:pPr>
      <w:r>
        <w:rPr>
          <w:sz w:val="24"/>
        </w:rPr>
        <w:t>определятьспомощьюцифровыхи аналоговыхприборов,измерительныхинструментовдлину,массу,время;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6"/>
        <w:ind w:left="890" w:hanging="366"/>
        <w:rPr>
          <w:sz w:val="24"/>
        </w:rPr>
      </w:pPr>
      <w:r>
        <w:rPr>
          <w:sz w:val="24"/>
        </w:rPr>
        <w:t>выполнятьприкидкуиоценкурезультатаизмерений;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837" w:firstLine="0"/>
        <w:rPr>
          <w:sz w:val="24"/>
        </w:rPr>
      </w:pPr>
      <w:r>
        <w:rPr>
          <w:sz w:val="24"/>
        </w:rPr>
        <w:t>определять продолжительность события; сравнивать величины длины, площади, массы,времени,стоимости,устанавливаямеждунимисоотношение«больше/меньшена/в»;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называть,находитьдолювеличины(половина,четверть);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сравниватьвеличины,выраженныедолями;</w:t>
      </w:r>
    </w:p>
    <w:p w:rsidR="00C07A5F" w:rsidRDefault="00C07A5F" w:rsidP="00C07A5F">
      <w:pPr>
        <w:widowControl/>
        <w:autoSpaceDE/>
        <w:autoSpaceDN/>
        <w:rPr>
          <w:sz w:val="24"/>
        </w:rPr>
        <w:sectPr w:rsidR="00C07A5F">
          <w:pgSz w:w="11900" w:h="16840"/>
          <w:pgMar w:top="48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62" w:line="290" w:lineRule="auto"/>
        <w:ind w:right="1017" w:firstLine="0"/>
        <w:rPr>
          <w:sz w:val="24"/>
        </w:rPr>
      </w:pPr>
      <w:r>
        <w:rPr>
          <w:sz w:val="24"/>
        </w:rPr>
        <w:lastRenderedPageBreak/>
        <w:t>знать ииспользоватьприрешениизадачивпрактическихситуациях(покупкатовара,определениевремени, выполнениерасчётов)соотношениемеждувеличинами;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3" w:line="290" w:lineRule="auto"/>
        <w:ind w:right="474" w:firstLine="0"/>
        <w:rPr>
          <w:sz w:val="24"/>
        </w:rPr>
      </w:pPr>
      <w:r>
        <w:rPr>
          <w:sz w:val="24"/>
        </w:rPr>
        <w:t>выполнять сложениеивычитаниеоднородныхвеличин,умножениеи делениевеличины наоднозначноечисло;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0" w:line="290" w:lineRule="auto"/>
        <w:ind w:right="279" w:firstLine="0"/>
        <w:rPr>
          <w:sz w:val="24"/>
        </w:rPr>
      </w:pPr>
      <w:r>
        <w:rPr>
          <w:sz w:val="24"/>
        </w:rPr>
        <w:t>решать задачи в одно, два действия: представлять текст задачи, планировать ход решения,записыватьрешениеиответ, анализироватьрешение(искатьдругойспособрешения),оцениватьответ(устанавливатьегореалистичность,проверятьвычисления);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88" w:lineRule="auto"/>
        <w:ind w:right="1097" w:firstLine="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прямоугольник,многоугольникназаданныечасти;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5"/>
        <w:ind w:left="890" w:hanging="366"/>
        <w:rPr>
          <w:sz w:val="24"/>
        </w:rPr>
      </w:pPr>
      <w:r>
        <w:rPr>
          <w:sz w:val="24"/>
        </w:rPr>
        <w:t>сравниватьфигурыпоплощади(наложение,сопоставлениечисловыхзначений);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1147" w:firstLine="0"/>
        <w:rPr>
          <w:sz w:val="24"/>
        </w:rPr>
      </w:pPr>
      <w:r>
        <w:rPr>
          <w:sz w:val="24"/>
        </w:rPr>
        <w:t>находитьпериметрпрямоугольника(квадрата),площадьпрямоугольника(квадрата),используяправило/алгоритм;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распознаватьверные(истинные)иневерные(ложные)утверждениясословами:«все»,</w:t>
      </w:r>
    </w:p>
    <w:p w:rsidR="00C07A5F" w:rsidRDefault="00C07A5F" w:rsidP="00C07A5F">
      <w:pPr>
        <w:pStyle w:val="a5"/>
        <w:spacing w:before="61"/>
      </w:pPr>
      <w:r>
        <w:t>«некоторые»,«и»,«каждый»,«если…,то…»;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187" w:firstLine="0"/>
        <w:rPr>
          <w:sz w:val="24"/>
        </w:rPr>
      </w:pPr>
      <w:r>
        <w:rPr>
          <w:sz w:val="24"/>
        </w:rPr>
        <w:t>формулироватьутверждение(вывод),строитьлогическиерассуждения(одно/двухшаговые),втомчислесиспользованиемизученныхсвязок;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line="288" w:lineRule="auto"/>
        <w:ind w:right="1270" w:firstLine="0"/>
        <w:rPr>
          <w:sz w:val="24"/>
        </w:rPr>
      </w:pPr>
      <w:r>
        <w:rPr>
          <w:sz w:val="24"/>
        </w:rPr>
        <w:t>классифицировать объекты по одному, двум признакам; извлекать и использоватьинформацию,представленнуюв таблицахсданнымиореальныхпроцессахи явленияхокружающего мира (например, расписание, режим работы), в предметах повседневнойжизни(например,ярлык,этикетка);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структурироватьинформацию:заполнятьпростейшиетаблицыпообразцу;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составлятьпланвыполненияучебного заданияиследоватьему;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выполнятьдействияпоалгоритму;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5"/>
        <w:ind w:left="890" w:hanging="366"/>
        <w:rPr>
          <w:sz w:val="24"/>
        </w:rPr>
      </w:pPr>
      <w:r>
        <w:rPr>
          <w:sz w:val="24"/>
        </w:rPr>
        <w:t>сравниватьматематическиеобъекты(находитьобщее,различное,уникальное);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выбиратьверноерешениематематическойзадачи.</w:t>
      </w:r>
    </w:p>
    <w:p w:rsidR="00C07A5F" w:rsidRDefault="00C07A5F" w:rsidP="00C07A5F">
      <w:pPr>
        <w:rPr>
          <w:sz w:val="24"/>
          <w:szCs w:val="24"/>
        </w:rPr>
      </w:pPr>
    </w:p>
    <w:p w:rsidR="00C07A5F" w:rsidRPr="00C07A5F" w:rsidRDefault="00C07A5F" w:rsidP="00C07A5F">
      <w:pPr>
        <w:rPr>
          <w:sz w:val="24"/>
          <w:szCs w:val="24"/>
        </w:rPr>
      </w:pPr>
    </w:p>
    <w:p w:rsidR="00C07A5F" w:rsidRPr="00C07A5F" w:rsidRDefault="00C07A5F" w:rsidP="00C07A5F">
      <w:pPr>
        <w:ind w:firstLine="720"/>
        <w:rPr>
          <w:b/>
          <w:sz w:val="24"/>
          <w:szCs w:val="24"/>
        </w:rPr>
      </w:pPr>
      <w:r w:rsidRPr="00C07A5F">
        <w:rPr>
          <w:b/>
          <w:sz w:val="24"/>
          <w:szCs w:val="24"/>
        </w:rPr>
        <w:t>4 КЛАСС</w:t>
      </w:r>
    </w:p>
    <w:p w:rsidR="00C07A5F" w:rsidRDefault="00C07A5F" w:rsidP="00C07A5F">
      <w:pPr>
        <w:rPr>
          <w:sz w:val="24"/>
          <w:szCs w:val="24"/>
        </w:rPr>
      </w:pPr>
    </w:p>
    <w:p w:rsidR="004C39B9" w:rsidRDefault="004C39B9" w:rsidP="004C39B9">
      <w:pPr>
        <w:pStyle w:val="1"/>
        <w:spacing w:before="191"/>
      </w:pPr>
      <w:r>
        <w:t>ЛИЧНОСТНЫЕРЕЗУЛЬТАТЫ</w:t>
      </w:r>
    </w:p>
    <w:p w:rsidR="004C39B9" w:rsidRDefault="004C39B9" w:rsidP="004C39B9">
      <w:pPr>
        <w:pStyle w:val="a5"/>
        <w:spacing w:before="156" w:line="290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следующиеличностныерезультаты: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07" w:line="290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дляразвитияобщей культуры человека;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18" w:line="290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илиопровергатьих;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line="290" w:lineRule="auto"/>
        <w:ind w:right="1012" w:firstLine="0"/>
        <w:rPr>
          <w:sz w:val="24"/>
        </w:rPr>
      </w:pPr>
      <w:r>
        <w:rPr>
          <w:sz w:val="24"/>
        </w:rPr>
        <w:t>применятьправиласовместнойдеятельностисосверстниками,проявлятьспособностьдоговариваться, лидировать, следовать указаниям, осознавать личную ответственность иобъективнооцениватьсвойвкладвобщийрезультат;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осваиватьнавыкиорганизациибезопасногоповедениявинформационнойсреде;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80" w:line="290" w:lineRule="auto"/>
        <w:ind w:right="413" w:firstLine="0"/>
        <w:rPr>
          <w:sz w:val="24"/>
        </w:rPr>
      </w:pPr>
      <w:r>
        <w:rPr>
          <w:sz w:val="24"/>
        </w:rPr>
        <w:lastRenderedPageBreak/>
        <w:t>применять математику для решения практических задач в повседневной жизни, в том числеприоказаниипомощиодноклассникам,детяммладшеговозраста,взрослымипожилымлюдям;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line="290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вреальной жизни, повышающих интерес к интеллектуальному труду и уверенность своих силахприрешении поставленныхзадач, умениепреодолеватьтрудности;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18" w:line="290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примененияматематикидлярациональногоиэффективногорешенияучебныхижизненныхпроблем;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оцениватьсвоиуспехивизученииматематики,намечатьпутиустранениятрудностей;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80" w:line="290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разнообразнымиинформационными средствами для решения предложенных и самостоятельно выбранныхучебныхпроблем, задач.</w:t>
      </w:r>
    </w:p>
    <w:p w:rsidR="004C39B9" w:rsidRDefault="004C39B9" w:rsidP="004C39B9">
      <w:pPr>
        <w:pStyle w:val="a5"/>
        <w:spacing w:before="8"/>
        <w:ind w:left="0"/>
        <w:rPr>
          <w:sz w:val="21"/>
        </w:rPr>
      </w:pPr>
    </w:p>
    <w:p w:rsidR="004C39B9" w:rsidRDefault="004C39B9" w:rsidP="004C39B9">
      <w:pPr>
        <w:pStyle w:val="1"/>
        <w:spacing w:before="1"/>
      </w:pPr>
      <w:r>
        <w:t>МЕТАПРЕДМЕТНЫЕРЕЗУЛЬТАТЫ</w:t>
      </w:r>
    </w:p>
    <w:p w:rsidR="004C39B9" w:rsidRDefault="004C39B9" w:rsidP="004C39B9">
      <w:pPr>
        <w:pStyle w:val="a5"/>
        <w:spacing w:before="156"/>
        <w:ind w:left="286"/>
      </w:pPr>
      <w:r>
        <w:t>Кконцуобученияуобучающегосяформируютсяследующиеуниверсальныеучебныедействия.</w:t>
      </w:r>
    </w:p>
    <w:p w:rsidR="004C39B9" w:rsidRDefault="004C39B9" w:rsidP="004C39B9">
      <w:pPr>
        <w:pStyle w:val="1"/>
        <w:spacing w:before="180"/>
        <w:ind w:left="286"/>
      </w:pPr>
      <w:r>
        <w:t>Универсальныепознавательныеучебныедействия:</w:t>
      </w:r>
    </w:p>
    <w:p w:rsidR="004C39B9" w:rsidRDefault="004C39B9" w:rsidP="004C39B9">
      <w:pPr>
        <w:pStyle w:val="a7"/>
        <w:numPr>
          <w:ilvl w:val="0"/>
          <w:numId w:val="10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Базовыелогическиедействия: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 w:line="290" w:lineRule="auto"/>
        <w:ind w:right="1128" w:firstLine="0"/>
        <w:rPr>
          <w:sz w:val="24"/>
        </w:rPr>
      </w:pPr>
      <w:r>
        <w:rPr>
          <w:sz w:val="24"/>
        </w:rPr>
        <w:t>устанавливатьсвязиизависимостимеждуматематическимиобъектами(часть-целое;причина-следствие;протяжённость);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классификация(группировка),обобщение;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решенияучебныхи житейских задач;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записи,текставсоответствиис предложенной учебнойпроблемой.</w:t>
      </w:r>
    </w:p>
    <w:p w:rsidR="004C39B9" w:rsidRPr="008D5E73" w:rsidRDefault="004C39B9" w:rsidP="00D83E4C">
      <w:pPr>
        <w:pStyle w:val="a7"/>
        <w:numPr>
          <w:ilvl w:val="0"/>
          <w:numId w:val="10"/>
        </w:numPr>
        <w:tabs>
          <w:tab w:val="left" w:pos="611"/>
        </w:tabs>
        <w:spacing w:before="106"/>
        <w:rPr>
          <w:i/>
          <w:sz w:val="24"/>
        </w:rPr>
        <w:sectPr w:rsidR="004C39B9" w:rsidRPr="008D5E73">
          <w:pgSz w:w="11900" w:h="16840"/>
          <w:pgMar w:top="520" w:right="540" w:bottom="280" w:left="560" w:header="720" w:footer="720" w:gutter="0"/>
          <w:cols w:space="720"/>
        </w:sectPr>
      </w:pPr>
      <w:r>
        <w:rPr>
          <w:i/>
          <w:sz w:val="24"/>
        </w:rPr>
        <w:t>Ба</w:t>
      </w:r>
      <w:r w:rsidR="008D5E73">
        <w:rPr>
          <w:i/>
          <w:sz w:val="24"/>
        </w:rPr>
        <w:t>зовыеисследовательскиедействия: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74" w:line="290" w:lineRule="auto"/>
        <w:ind w:right="1157" w:firstLine="0"/>
        <w:rPr>
          <w:sz w:val="24"/>
        </w:rPr>
      </w:pPr>
      <w:r>
        <w:rPr>
          <w:sz w:val="24"/>
        </w:rPr>
        <w:lastRenderedPageBreak/>
        <w:t>проявлятьспособностьориентироватьсявучебномматериалеразныхразделовкурсаматематики;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1704" w:firstLine="0"/>
        <w:rPr>
          <w:sz w:val="24"/>
        </w:rPr>
      </w:pPr>
      <w:r>
        <w:rPr>
          <w:sz w:val="24"/>
        </w:rPr>
        <w:t>пониматьиадекватноиспользоватьматематическуютерминологию:различать,характеризовать,использоватьдлярешенияучебныхипрактическихзадач;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применятьизученныеметодыпознания(измерение,моделирование,переборвариантов).</w:t>
      </w:r>
    </w:p>
    <w:p w:rsidR="004C39B9" w:rsidRDefault="004C39B9" w:rsidP="004C39B9">
      <w:pPr>
        <w:pStyle w:val="a7"/>
        <w:numPr>
          <w:ilvl w:val="0"/>
          <w:numId w:val="10"/>
        </w:numPr>
        <w:tabs>
          <w:tab w:val="left" w:pos="611"/>
        </w:tabs>
        <w:spacing w:before="169"/>
        <w:rPr>
          <w:i/>
          <w:sz w:val="24"/>
        </w:rPr>
      </w:pPr>
      <w:r>
        <w:rPr>
          <w:i/>
          <w:sz w:val="24"/>
        </w:rPr>
        <w:t>Работасинформацией: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 w:line="290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вразныхисточниках информационной среды;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таблицу,диаграмму,другуюмодель);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18" w:line="290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формулироватьутверждениепообразцу,всоответствиистребованиямиучебной задачи;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источникиинформации.</w:t>
      </w:r>
    </w:p>
    <w:p w:rsidR="004C39B9" w:rsidRDefault="004C39B9" w:rsidP="004C39B9">
      <w:pPr>
        <w:pStyle w:val="1"/>
        <w:spacing w:before="107"/>
        <w:ind w:left="286"/>
      </w:pPr>
      <w:r>
        <w:t>Универсальныекоммуникативныеучебныедействия: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конструироватьутверждения,проверятьихистинность;строитьлогическоерассуждение;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использоватьтекстзаданиядляобъясненияспособаиходарешенияматематическойзадачи;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формулироватьответ;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 w:line="290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сиспользованиемизученной терминологии;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7" w:line="290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высказыватьсуждения, оценивать выступления участников, приводить доказательства своей правоты,проявлятьэтику общения;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6" w:line="290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(например,геометрической фигуры), рассуждение (к примеру, при решении задачи), инструкция (например,измерениедлины отрезка);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ориентироватьсявалгоритмах:воспроизводить,дополнять,исправлятьдеформированные;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составлятьпоаналогии;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самостоятельносоставлятьтекстызаданий,аналогичныетиповымизученным.</w:t>
      </w:r>
    </w:p>
    <w:p w:rsidR="004C39B9" w:rsidRDefault="004C39B9" w:rsidP="004C39B9">
      <w:pPr>
        <w:pStyle w:val="1"/>
        <w:spacing w:before="169"/>
        <w:ind w:left="286"/>
      </w:pPr>
      <w:r>
        <w:t>Универсальныерегулятивныеучебныедействия: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планироватьэтапыпредстоящейработы,определятьпоследовательностьучебныхдействий;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 w:line="290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впроцессеобучения.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осуществлятьконтрольпроцессаирезультатасвоейдеятельности,объективнооцениватьих;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выбиратьипринеобходимостикорректироватьспособыдействий;</w:t>
      </w:r>
    </w:p>
    <w:p w:rsidR="004C39B9" w:rsidRDefault="004C39B9" w:rsidP="004C39B9">
      <w:pPr>
        <w:widowControl/>
        <w:autoSpaceDE/>
        <w:autoSpaceDN/>
        <w:rPr>
          <w:sz w:val="24"/>
        </w:rPr>
        <w:sectPr w:rsidR="004C39B9">
          <w:pgSz w:w="11900" w:h="16840"/>
          <w:pgMar w:top="620" w:right="540" w:bottom="280" w:left="560" w:header="720" w:footer="720" w:gutter="0"/>
          <w:cols w:space="720"/>
        </w:sectPr>
      </w:pP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78" w:line="290" w:lineRule="auto"/>
        <w:ind w:right="331" w:firstLine="0"/>
        <w:rPr>
          <w:sz w:val="24"/>
        </w:rPr>
      </w:pPr>
      <w:r>
        <w:rPr>
          <w:sz w:val="24"/>
        </w:rPr>
        <w:lastRenderedPageBreak/>
        <w:t>находить ошибки в своей работе, устанавливать их причины, вести поиск путей преодоленияошибок.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 w:line="290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ихпредупреждения (формулирование вопросов, обращение к учебнику, дополнительным средствамобучения,втом числе электронным);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оцениватьрациональностьсвоихдействий,даватьимкачественнуюхарактеристику.</w:t>
      </w:r>
    </w:p>
    <w:p w:rsidR="004C39B9" w:rsidRDefault="004C39B9" w:rsidP="004C39B9">
      <w:pPr>
        <w:pStyle w:val="1"/>
        <w:spacing w:before="168"/>
        <w:ind w:left="286"/>
      </w:pPr>
      <w:r>
        <w:t>Совместнаядеятельность: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 w:line="290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группы(например, в случае решения задач, требующих перебора большого количества вариантов,приведенияпримерови контрпримеров);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352" w:firstLine="0"/>
        <w:rPr>
          <w:sz w:val="24"/>
        </w:rPr>
      </w:pPr>
      <w:r>
        <w:rPr>
          <w:sz w:val="24"/>
        </w:rPr>
        <w:t>согласовыватьмнения в ходе поиска доказательств, выбора рационального способа, анализаинформации;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предвидетьвозможностьвозникновенияошибокитрудностей,предусматриватьпутиихпредупреждения.</w:t>
      </w:r>
    </w:p>
    <w:p w:rsidR="004C39B9" w:rsidRDefault="004C39B9" w:rsidP="004C39B9">
      <w:pPr>
        <w:pStyle w:val="a5"/>
        <w:spacing w:before="10"/>
        <w:ind w:left="0"/>
        <w:rPr>
          <w:sz w:val="21"/>
        </w:rPr>
      </w:pPr>
    </w:p>
    <w:p w:rsidR="004C39B9" w:rsidRDefault="004C39B9" w:rsidP="004C39B9">
      <w:pPr>
        <w:pStyle w:val="1"/>
        <w:spacing w:before="0"/>
      </w:pPr>
      <w:r>
        <w:t>ПРЕДМЕТНЫЕРЕЗУЛЬТАТЫ</w:t>
      </w:r>
    </w:p>
    <w:p w:rsidR="004C39B9" w:rsidRDefault="004C39B9" w:rsidP="004C39B9">
      <w:pPr>
        <w:pStyle w:val="a5"/>
        <w:spacing w:before="156"/>
        <w:ind w:left="286"/>
      </w:pPr>
      <w:r>
        <w:t>Кконцуобученияв4классе обучающийсянаучится: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читать,записывать,сравнивать,упорядочиватьмногозначныечисла;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находитьчислобольшее/меньшееданногочисланазаданноечисло,взаданноечислораз;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 w:line="290" w:lineRule="auto"/>
        <w:ind w:right="844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числамиписьменно(впределах 100 -устно);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41" w:firstLine="0"/>
        <w:rPr>
          <w:sz w:val="24"/>
        </w:rPr>
      </w:pPr>
      <w:r>
        <w:rPr>
          <w:sz w:val="24"/>
        </w:rPr>
        <w:t>умножение и деление многозначного числа на однозначное, двузначное число письменно (впределах100 -устно);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38" w:firstLine="0"/>
        <w:rPr>
          <w:sz w:val="24"/>
        </w:rPr>
      </w:pPr>
      <w:r>
        <w:rPr>
          <w:sz w:val="24"/>
        </w:rPr>
        <w:t>деление с остатком — письменно (в пределах 1000); вычислять значение числовоговыражения (со скобками/без скобок), содержащего действия сложения, вычитания, умножения,деленияс многозначными числами;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использоватьпривычисленияхизученныесвойстваарифметическихдействий;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выполнятьприкидкурезультатавычислений;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1" w:line="290" w:lineRule="auto"/>
        <w:ind w:right="500" w:firstLine="0"/>
        <w:rPr>
          <w:sz w:val="24"/>
        </w:rPr>
      </w:pPr>
      <w:r>
        <w:rPr>
          <w:sz w:val="24"/>
        </w:rPr>
        <w:t>осуществлятьпроверкуполученногорезультатапокритериям:достоверность(реальность),соответствиеправилу/алгоритму,а такжес помощьюкалькулятора;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217" w:firstLine="0"/>
        <w:rPr>
          <w:sz w:val="24"/>
        </w:rPr>
      </w:pPr>
      <w:r>
        <w:rPr>
          <w:sz w:val="24"/>
        </w:rPr>
        <w:t>находить долю величины, величину по ее доле; находить неизвестный компонентарифметическогодействия;использоватьединицывеличиндляприрешениизадач(длина,масса,время,вместимость, стоимость, площадь,скорость);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384" w:firstLine="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метр,километр), массы (грамм, килограмм, центнер, тонна), времени (секунда, минута, час; сутки,неделя, месяц, год, век), вместимости (литр), стоимости (копейка, рубль), площади (квадратныйметр,квадратныйдециметр,квадратныйсантиметр),скорости(километрвчас,метрвсекунду);</w:t>
      </w:r>
    </w:p>
    <w:p w:rsidR="004C39B9" w:rsidRPr="002D6C7E" w:rsidRDefault="004C39B9" w:rsidP="004C39B9">
      <w:pPr>
        <w:pStyle w:val="a7"/>
        <w:widowControl/>
        <w:numPr>
          <w:ilvl w:val="1"/>
          <w:numId w:val="11"/>
        </w:numPr>
        <w:tabs>
          <w:tab w:val="left" w:pos="887"/>
        </w:tabs>
        <w:autoSpaceDE/>
        <w:autoSpaceDN/>
        <w:spacing w:before="117" w:line="290" w:lineRule="auto"/>
        <w:ind w:right="342" w:firstLine="0"/>
        <w:rPr>
          <w:sz w:val="24"/>
        </w:rPr>
        <w:sectPr w:rsidR="004C39B9" w:rsidRPr="002D6C7E">
          <w:pgSz w:w="11900" w:h="16840"/>
          <w:pgMar w:top="640" w:right="540" w:bottom="280" w:left="560" w:header="720" w:footer="720" w:gutter="0"/>
          <w:cols w:space="720"/>
        </w:sectPr>
      </w:pPr>
      <w:r w:rsidRPr="002D6C7E">
        <w:rPr>
          <w:sz w:val="24"/>
        </w:rPr>
        <w:t>использоватьприрешениитекстовыхзадачивпрактическихситуациях</w:t>
      </w:r>
      <w:r w:rsidR="002D6C7E">
        <w:t>;</w:t>
      </w:r>
    </w:p>
    <w:p w:rsidR="004C39B9" w:rsidRDefault="004C39B9" w:rsidP="004C39B9">
      <w:pPr>
        <w:pStyle w:val="a5"/>
        <w:spacing w:before="74" w:line="290" w:lineRule="auto"/>
        <w:ind w:right="374"/>
      </w:pPr>
      <w:r>
        <w:lastRenderedPageBreak/>
        <w:t>определять с помощью цифровых и аналоговых приборов массу предмета, температуру(например,воды,воздухавпомещении),скорос</w:t>
      </w:r>
      <w:r w:rsidR="002D6C7E">
        <w:t>тьдвижениятранспортногосредства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39" w:firstLine="0"/>
        <w:rPr>
          <w:sz w:val="24"/>
        </w:rPr>
      </w:pPr>
      <w:r>
        <w:rPr>
          <w:sz w:val="24"/>
        </w:rPr>
        <w:t>определятьспомощьюизмерительныхсосудоввместимость;выполнятьприкидкуиоценкурезультатаизмерений;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755" w:firstLine="0"/>
        <w:rPr>
          <w:sz w:val="24"/>
        </w:rPr>
      </w:pPr>
      <w:r>
        <w:rPr>
          <w:sz w:val="24"/>
        </w:rPr>
        <w:t>решатьтекстовыезадачив1—3действия,выполнятьпреобразованиезаданныхвеличин,выбирать при решении подходящие способы вычисления, сочетая устные и письменныевычисления и используя, при необходимости, вычислительные устройства, оцениватьполученныйрезультатпокритериям:достоверность/реальность,соответствиеусловию;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371" w:firstLine="0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 ит.п.), в том числе, с избыточными данными, находить недостающую информацию (например, изтаблиц, схем), находить и оценивать различные способы решения, использовать подходящиеспособыпроверки;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891" w:firstLine="0"/>
        <w:rPr>
          <w:sz w:val="24"/>
        </w:rPr>
      </w:pPr>
      <w:r>
        <w:rPr>
          <w:sz w:val="24"/>
        </w:rPr>
        <w:t>различать, называть геометрические фигуры: окружность, круг; изображать с помощьюциркуляи линейки окружностьзаданногорадиуса;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344" w:firstLine="0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конуса,пирамиды;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598" w:firstLine="0"/>
        <w:rPr>
          <w:sz w:val="24"/>
        </w:rPr>
      </w:pPr>
      <w:r>
        <w:rPr>
          <w:sz w:val="24"/>
        </w:rPr>
        <w:t>распознавать в простейших случаях проекции предметов окружающего мира на плоскость(пол,стену);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619" w:firstLine="0"/>
        <w:jc w:val="both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напрямоугольники (квадраты), находить периметр и площадь фигур, составленных из двух трехпрямоугольников(квадратов);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852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пример,контрпример;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272" w:firstLine="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(одно/двухшаговые) сиспользованием изученных связок; классифицировать объекты по заданным/самостоятельноустановленнымодному, двум признакам;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965" w:firstLine="0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информацию,представленную в простейших столбчатых диаграммах, таблицах с данными о реальныхпроцессах и явлениях окружающего мира (например, календарь, расписание), в предметахповседневнойжизни(например,счет, меню,прайс-лист,объявление);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1428" w:firstLine="0"/>
        <w:rPr>
          <w:sz w:val="24"/>
        </w:rPr>
      </w:pPr>
      <w:r>
        <w:rPr>
          <w:sz w:val="24"/>
        </w:rPr>
        <w:t>заполнятьданнымипредложеннуютаблицу,столбчатуюдиаграмму;использоватьформализованные описания последовательности действий (алгоритм, план, схема) впрактическихи учебных ситуациях;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916" w:firstLine="0"/>
        <w:rPr>
          <w:sz w:val="24"/>
        </w:rPr>
      </w:pPr>
      <w:r>
        <w:rPr>
          <w:sz w:val="24"/>
        </w:rPr>
        <w:t>дополнять алгоритм, упорядочивать шаги алгоритма; выбирать рациональное решение;составлятьмодельтекстовойзадачи,числовое выражение;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конструироватьходрешенияматематическойзадачи;</w:t>
      </w:r>
    </w:p>
    <w:p w:rsidR="00AC507E" w:rsidRPr="00CF2903" w:rsidRDefault="004C39B9" w:rsidP="00C07A5F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  <w:sectPr w:rsidR="00AC507E" w:rsidRPr="00CF2903">
          <w:pgSz w:w="11900" w:h="16840"/>
          <w:pgMar w:top="364" w:right="760" w:bottom="312" w:left="666" w:header="720" w:footer="720" w:gutter="0"/>
          <w:cols w:space="720"/>
        </w:sectPr>
      </w:pPr>
      <w:r>
        <w:rPr>
          <w:sz w:val="24"/>
        </w:rPr>
        <w:t>находитьвсеверныерешениязадачиизпредложенных.</w:t>
      </w:r>
    </w:p>
    <w:p w:rsidR="00AC507E" w:rsidRDefault="00AC507E" w:rsidP="00CF2903"/>
    <w:p w:rsidR="00AC507E" w:rsidRDefault="00AC507E" w:rsidP="00AC507E"/>
    <w:p w:rsidR="009D0436" w:rsidRDefault="00683B4D" w:rsidP="009D0436">
      <w:pPr>
        <w:pStyle w:val="1"/>
        <w:spacing w:before="63"/>
        <w:ind w:left="241"/>
      </w:pPr>
      <w:r>
        <w:rPr>
          <w:noProof/>
          <w:lang w:eastAsia="ru-RU"/>
        </w:rPr>
        <w:pict>
          <v:rect id="Прямоугольник 1" o:spid="_x0000_s1026" style="position:absolute;left:0;text-align:left;margin-left:26.65pt;margin-top:21.8pt;width:789.1pt;height:.7pt;z-index:-15723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" fillcolor="black" stroked="f">
            <w10:wrap type="topAndBottom" anchorx="page"/>
          </v:rect>
        </w:pict>
      </w:r>
      <w:bookmarkStart w:id="0" w:name="ТЕМАТИЧЕСКОЕ_ПЛАНИРОВАНИЕ"/>
      <w:bookmarkEnd w:id="0"/>
      <w:r w:rsidR="009D0436">
        <w:t>ТЕМАТИЧЕСКОЕПЛАНИРОВАНИЕ 1 класс</w:t>
      </w:r>
    </w:p>
    <w:p w:rsidR="009D0436" w:rsidRDefault="009D0436" w:rsidP="009D0436">
      <w:pPr>
        <w:pStyle w:val="a5"/>
        <w:ind w:left="0"/>
        <w:rPr>
          <w:b/>
          <w:sz w:val="15"/>
        </w:r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330"/>
        </w:trPr>
        <w:tc>
          <w:tcPr>
            <w:tcW w:w="394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83"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-1"/>
                <w:sz w:val="15"/>
              </w:rPr>
              <w:t>п/п</w:t>
            </w:r>
          </w:p>
        </w:tc>
        <w:tc>
          <w:tcPr>
            <w:tcW w:w="2880" w:type="dxa"/>
            <w:vMerge w:val="restart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Наименованиеразделовитемпрограммы</w:t>
            </w:r>
          </w:p>
        </w:tc>
        <w:tc>
          <w:tcPr>
            <w:tcW w:w="2775" w:type="dxa"/>
            <w:gridSpan w:val="3"/>
          </w:tcPr>
          <w:p w:rsidR="009D0436" w:rsidRDefault="009D0436" w:rsidP="009D0436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Количествочасов</w:t>
            </w:r>
          </w:p>
        </w:tc>
        <w:tc>
          <w:tcPr>
            <w:tcW w:w="864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right="118"/>
              <w:rPr>
                <w:b/>
                <w:sz w:val="15"/>
              </w:rPr>
            </w:pPr>
            <w:r>
              <w:rPr>
                <w:b/>
                <w:sz w:val="15"/>
              </w:rPr>
              <w:t>Датаизучения</w:t>
            </w:r>
          </w:p>
        </w:tc>
        <w:tc>
          <w:tcPr>
            <w:tcW w:w="4033" w:type="dxa"/>
            <w:vMerge w:val="restart"/>
          </w:tcPr>
          <w:p w:rsidR="009D0436" w:rsidRDefault="009D0436" w:rsidP="009D0436">
            <w:pPr>
              <w:pStyle w:val="TableParagraph"/>
              <w:spacing w:before="71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Видыдеятельности</w:t>
            </w:r>
          </w:p>
        </w:tc>
        <w:tc>
          <w:tcPr>
            <w:tcW w:w="1080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314"/>
              <w:rPr>
                <w:b/>
                <w:sz w:val="15"/>
              </w:rPr>
            </w:pPr>
            <w:r>
              <w:rPr>
                <w:b/>
                <w:sz w:val="15"/>
              </w:rPr>
              <w:t>Виды,формыконтроля</w:t>
            </w:r>
          </w:p>
        </w:tc>
        <w:tc>
          <w:tcPr>
            <w:tcW w:w="3471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90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Электронные(цифровые) образовательныересурсы</w:t>
            </w:r>
          </w:p>
        </w:tc>
      </w:tr>
      <w:tr w:rsidR="009D0436" w:rsidTr="009D0436">
        <w:trPr>
          <w:trHeight w:val="527"/>
        </w:trPr>
        <w:tc>
          <w:tcPr>
            <w:tcW w:w="394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6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6" w:line="266" w:lineRule="auto"/>
              <w:ind w:right="71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контрольныеработы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6" w:line="266" w:lineRule="auto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Раздел1.</w:t>
            </w:r>
            <w:r>
              <w:rPr>
                <w:b/>
                <w:sz w:val="15"/>
              </w:rPr>
              <w:t>Числа</w:t>
            </w:r>
          </w:p>
        </w:tc>
      </w:tr>
      <w:tr w:rsidR="009D0436" w:rsidRPr="00720C05" w:rsidTr="009D0436">
        <w:trPr>
          <w:trHeight w:val="79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5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66" w:line="261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Числаот1до9:различение,чтение,запись.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before="75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Моделированиеучебных ситуаций,связанных сприменениемпредставленийочислевпрактическихситуациях.</w:t>
            </w:r>
            <w:r>
              <w:rPr>
                <w:sz w:val="15"/>
              </w:rPr>
              <w:t>Письмоцифр.;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5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6" w:lineRule="auto"/>
              <w:ind w:left="8" w:right="1293" w:firstLine="81"/>
              <w:rPr>
                <w:rFonts w:ascii="Calibri"/>
                <w:sz w:val="16"/>
              </w:rPr>
            </w:pPr>
            <w:hyperlink r:id="rId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hyperlink r:id="rId10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D35995" w:rsidRDefault="00683B4D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hyperlink r:id="rId1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 w:rsidRPr="00D3599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12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Единицасчёта.Десяток.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впарах/ группах.Формулированиеответовнавопросы:«Сколько?»,«Которыйпосчёту?»,«Насколькобольше?»,«Насколькоменьше?»,«Чтополучится,еслиувеличить/уменьшитьколичество на 1, на2?»—пообразцуисамостоятельно.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71" w:lineRule="auto"/>
              <w:ind w:left="8" w:right="1293" w:firstLine="81"/>
              <w:rPr>
                <w:rFonts w:ascii="Calibri"/>
                <w:sz w:val="16"/>
              </w:rPr>
            </w:pPr>
            <w:hyperlink r:id="rId13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hyperlink r:id="rId14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Счёт предметов,запись результатацифрами.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Игровыеупражнения поразличению количествапредметов(зрительно, на слух,установлениемсоответствия),числаи цифры, представлениючиселсловесноиписьменно.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6" w:lineRule="auto"/>
              <w:ind w:left="8" w:right="1293" w:firstLine="81"/>
              <w:rPr>
                <w:rFonts w:ascii="Calibri"/>
                <w:sz w:val="16"/>
              </w:rPr>
            </w:pPr>
            <w:hyperlink r:id="rId15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hyperlink r:id="rId16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D35995" w:rsidRDefault="00683B4D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hyperlink r:id="rId17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 w:rsidRPr="00D3599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18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71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Порядковыйномеробъектапризаданномпорядкесчёта.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Чтениеизаписьпообразцуисамостоятельногруппчисел, геометрическихфигур взаданном исамостоятельноустановленномпорядке.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1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4" w:lineRule="auto"/>
              <w:ind w:left="83" w:right="318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Сравнение чисел, сравнение групппредметов по количеству: больше,меньше,столькоже.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впарах/ группах.Формулированиеответовнавопросы:«Сколько?»,«Которыйпосчёту?»,«Насколькобольше?»,«Насколькоменьше?»,«Чтополучится,еслиувеличить/уменьшитьколичество на 1, на2?»—пообразцуисамостоятельно.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1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Default="009D0436" w:rsidP="009D0436"/>
          <w:p w:rsidR="009D0436" w:rsidRDefault="00683B4D" w:rsidP="009D0436">
            <w:pPr>
              <w:pStyle w:val="TableParagraph"/>
              <w:spacing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24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60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1.6.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Числоицифра0приизмерении,вычислении.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Цифры;знакисравнения,равенства,арифметическихдействий.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5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0" w:line="175" w:lineRule="exact"/>
              <w:ind w:left="8"/>
              <w:rPr>
                <w:rFonts w:ascii="Calibri"/>
                <w:sz w:val="16"/>
              </w:rPr>
            </w:pPr>
            <w:hyperlink r:id="rId26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sz w:val="15"/>
              </w:rPr>
            </w:pPr>
            <w:r w:rsidRPr="00AB0F27">
              <w:rPr>
                <w:b/>
                <w:sz w:val="15"/>
              </w:rPr>
              <w:t>Числавпределах20:чтение,запись,сравнение</w:t>
            </w:r>
            <w:r w:rsidRPr="00AB0F27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Чтениеизаписьпообразцуисамостоятельногруппчисел, геометрическихфигур взаданном исамостоятельноустановленномпорядке.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7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8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71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lastRenderedPageBreak/>
              <w:t>1.8.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Однозначныеидвузначныечисла.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before="71" w:line="271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Моделированиеучебных ситуаций,связанных сприменениемпредставленийочислевпрактическихситуациях.</w:t>
            </w:r>
            <w:r>
              <w:rPr>
                <w:sz w:val="15"/>
              </w:rPr>
              <w:t>Письмоцифр.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3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1.9.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Увеличение (уменьшение)числа нанесколькоединиц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впарах/ группах.Формулированиеответовнавопросы:«Сколько?»,«Которыйпосчёту?»,«Насколькобольше?»,«Насколькоменьше?»,«Чтополучится,еслиувеличить/уменьшитьколичество на 1, на2?»—пообразцуисамостоятельно.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Pr="00D35995" w:rsidRDefault="00683B4D" w:rsidP="009D0436">
            <w:pPr>
              <w:pStyle w:val="TableParagraph"/>
              <w:spacing w:before="71" w:line="266" w:lineRule="auto"/>
              <w:ind w:left="90"/>
              <w:rPr>
                <w:sz w:val="15"/>
              </w:rPr>
            </w:pPr>
            <w:hyperlink r:id="rId31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D35995" w:rsidRDefault="009D0436" w:rsidP="009D0436"/>
          <w:p w:rsidR="009D0436" w:rsidRPr="00D35995" w:rsidRDefault="00683B4D" w:rsidP="009D0436">
            <w:pPr>
              <w:pStyle w:val="TableParagraph"/>
              <w:spacing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3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33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Tr="009D0436">
        <w:trPr>
          <w:trHeight w:val="335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1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Раздел2.</w:t>
            </w:r>
            <w:r>
              <w:rPr>
                <w:b/>
                <w:sz w:val="15"/>
              </w:rPr>
              <w:t>Величины</w:t>
            </w:r>
          </w:p>
        </w:tc>
      </w:tr>
    </w:tbl>
    <w:p w:rsidR="00CF2903" w:rsidRDefault="00CF2903" w:rsidP="009D0436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CF2903" w:rsidRPr="00CF2903" w:rsidRDefault="00CF2903" w:rsidP="00CF2903">
      <w:pPr>
        <w:rPr>
          <w:sz w:val="15"/>
        </w:rPr>
      </w:pPr>
    </w:p>
    <w:p w:rsidR="009D0436" w:rsidRPr="00CF2903" w:rsidRDefault="009D0436" w:rsidP="00CF2903">
      <w:pPr>
        <w:rPr>
          <w:sz w:val="15"/>
        </w:rPr>
        <w:sectPr w:rsidR="009D0436" w:rsidRPr="00CF2903">
          <w:pgSz w:w="16840" w:h="11900" w:orient="landscape"/>
          <w:pgMar w:top="50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522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lastRenderedPageBreak/>
              <w:t>2.1.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sz w:val="15"/>
              </w:rPr>
            </w:pPr>
            <w:r w:rsidRPr="00AB0F27">
              <w:rPr>
                <w:b/>
                <w:sz w:val="15"/>
              </w:rPr>
              <w:t>Длинаиеёизмерениеспомощьюзаданноймерки</w:t>
            </w:r>
            <w:r w:rsidRPr="00AB0F27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Знакомствосприборамидляизмерениявеличин.;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3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720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51"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Сравнениебез измерения: выше—ниже,шире—уже,длиннее—короче,старше—моложе,тяжелее—легче.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Пониманиеназначенияинеобходимостииспользованиявеличинвжизни.;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35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Единицы длины:сантиметр,дециметр;установление соотношениямеждуними.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Наблюдениедействияизмерительныхприборов.;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Pr="00DF403D" w:rsidRDefault="00683B4D" w:rsidP="00DF403D">
            <w:pPr>
              <w:pStyle w:val="TableParagraph"/>
              <w:spacing w:line="266" w:lineRule="auto"/>
              <w:ind w:left="90"/>
              <w:rPr>
                <w:sz w:val="15"/>
              </w:rPr>
            </w:pPr>
            <w:hyperlink r:id="rId36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DF403D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</w:t>
            </w:r>
          </w:p>
        </w:tc>
      </w:tr>
      <w:tr w:rsidR="009D0436" w:rsidTr="009D0436">
        <w:trPr>
          <w:trHeight w:val="335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Раздел3.</w:t>
            </w:r>
            <w:r>
              <w:rPr>
                <w:b/>
                <w:sz w:val="15"/>
              </w:rPr>
              <w:t>Арифметическиедействия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570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Сложениеивычитаниечиселвпределах20.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Обсуждениеприёмовсложения,вычитания:нахождениезначениясуммыиразностинаосновесоставачисла,сиспользованиемчисловойленты,почастямидр.;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before="0" w:line="271" w:lineRule="auto"/>
              <w:ind w:left="8" w:right="1293" w:firstLine="81"/>
              <w:rPr>
                <w:rFonts w:ascii="Calibri"/>
                <w:sz w:val="16"/>
              </w:rPr>
            </w:pPr>
            <w:hyperlink r:id="rId37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hyperlink r:id="rId38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48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Названиякомпонентовдействий,результатовдействийсложения,вычитания.Знакисложенияивычитания,названиякомпонентовдействия.Таблицасложения.</w:t>
            </w:r>
          </w:p>
          <w:p w:rsidR="009D0436" w:rsidRPr="00AB0F27" w:rsidRDefault="009D0436" w:rsidP="009D0436">
            <w:pPr>
              <w:pStyle w:val="TableParagraph"/>
              <w:spacing w:before="3"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w w:val="95"/>
                <w:sz w:val="15"/>
              </w:rPr>
              <w:t>Переместительноесвойство</w:t>
            </w:r>
            <w:r w:rsidRPr="00AB0F27">
              <w:rPr>
                <w:b/>
                <w:sz w:val="15"/>
              </w:rPr>
              <w:t>сложения.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Обсуждениеприёмовсложения,вычитания:нахождениезначениясуммыиразностинаосновесоставачисла,сиспользованиемчисловойленты,почастямидр.;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Pr="00D35995" w:rsidRDefault="00683B4D" w:rsidP="009D0436">
            <w:pPr>
              <w:pStyle w:val="TableParagraph"/>
              <w:spacing w:line="266" w:lineRule="auto"/>
              <w:ind w:left="90" w:right="244"/>
              <w:jc w:val="both"/>
              <w:rPr>
                <w:sz w:val="15"/>
              </w:rPr>
            </w:pPr>
            <w:hyperlink r:id="rId39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</w:p>
          <w:p w:rsidR="009D0436" w:rsidRPr="00D35995" w:rsidRDefault="009D0436" w:rsidP="009D0436"/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40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349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Вычитаниекакдействие,обратноесложению.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 работас числовымвыражением:запись,чтение,приведениепримера(спомощьюучителяилипообразцу),иллюстрирующегосмысларифметическогодействия.;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41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Неизвестноеслагаемое.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Моделирование.Иллюстрация спомощьюпредметноймоделипереместительногосвойствасложения,способанахождениянеизвестногослагаемого.Подруководствомпедагогавыполнениесчётас использованиемзаданнойединицысчёта.;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43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4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 одинаковыхслагаемых.Счётпо2,по3,по5.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впарах/группах: проверкаправильностивычисления сиспользованиемраздаточногоматериала,линейки,моделидействия,по образцу;обнаружениеобщего иразличного в записиарифметическихдействий,одногоитогожедействиясразнымичислами.;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45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6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Прибавлениеивычитаниенуля.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Дидактические игрыиупражнения,связанныесвыбором,составлениемсумм,разностейсзаданнымрезультатомдействия;сравнениемзначенийчисловыхвыражений(безвычислений),порезультатудействия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47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8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Сложениеивычитаниечисел безпереходаиспереходомчерездесяток.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Использованиеразных способовподсчётасуммыиразности,использованиепереместительногосвойствапринахождениисуммы.;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4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5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</w:tbl>
    <w:p w:rsidR="009D0436" w:rsidRPr="009D0436" w:rsidRDefault="009D0436" w:rsidP="009D0436">
      <w:pPr>
        <w:rPr>
          <w:rFonts w:ascii="Calibri"/>
          <w:sz w:val="16"/>
        </w:rPr>
        <w:sectPr w:rsidR="009D0436" w:rsidRP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lastRenderedPageBreak/>
              <w:t>3.8.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Вычисление суммы,разности трёхчисел.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впарах/группах: проверкаправильностивычисления сиспользованиемраздаточногоматериала,линейки,моделидействия,по образцу;обнаружениеобщего иразличного в записиарифметическихдействий,одногоитогожедействиясразнымичислами.;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51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5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6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Раздел4.</w:t>
            </w:r>
            <w:r>
              <w:rPr>
                <w:b/>
                <w:sz w:val="15"/>
              </w:rPr>
              <w:t>Текстовыезадачи</w:t>
            </w:r>
          </w:p>
        </w:tc>
      </w:tr>
      <w:tr w:rsidR="009D0436" w:rsidRPr="00720C05" w:rsidTr="009D0436">
        <w:trPr>
          <w:trHeight w:val="1680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Текстоваязадача:структурныеэлементы,составлениетекстовойзадачипообразцу.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47"/>
              <w:rPr>
                <w:sz w:val="15"/>
              </w:rPr>
            </w:pPr>
            <w:r w:rsidRPr="00AB0F27">
              <w:rPr>
                <w:sz w:val="15"/>
              </w:rPr>
              <w:t>Моделирование:описание словамии с помощьюпредметноймоделисюжетнойситуациииматематическогоотношения.Иллюстрацияпрактическойситуациисиспользованиемсчётногоматериала.Решениетекстовойзадачиспомощьюраздаточногоматериала.</w:t>
            </w:r>
          </w:p>
          <w:p w:rsidR="009D0436" w:rsidRPr="00AB0F27" w:rsidRDefault="009D0436" w:rsidP="009D0436">
            <w:pPr>
              <w:pStyle w:val="TableParagraph"/>
              <w:spacing w:before="8" w:line="264" w:lineRule="auto"/>
              <w:ind w:left="85" w:right="541"/>
              <w:jc w:val="both"/>
              <w:rPr>
                <w:sz w:val="15"/>
              </w:rPr>
            </w:pPr>
            <w:r w:rsidRPr="00AB0F27">
              <w:rPr>
                <w:sz w:val="15"/>
              </w:rPr>
              <w:t>Объяснение выбора арифметического действия длярешения, иллюстрация хода решения, выполнениядействиянамодели.;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53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720C05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514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Зависимость между данными иискомой величиной в текстовойзадаче.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Коллективноеобсуждение: анализ реальной ситуации,представленнойспомощьюрисунка,иллюстрации,текста,таблицы,схемы(описаниеситуации, чтоизвестно, что неизвестно;условиезадачи,вопросзадачи).;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54">
              <w:r w:rsidR="009D0436">
                <w:rPr>
                  <w:color w:val="0000FF"/>
                  <w:sz w:val="15"/>
                  <w:u w:val="single" w:color="0000FF"/>
                </w:rPr>
                <w:t>https://resh.edu.ru/subject/lesson/4095/main/272729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0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55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342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Выбор изапись арифметическогодействия для получения ответа навопрос.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Соотнесениетекстазадачииеёмодели.;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56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57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338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Текстовая сюжетная задача в однодействие: запись решения, ответазадачи.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86"/>
              <w:rPr>
                <w:sz w:val="15"/>
              </w:rPr>
            </w:pPr>
            <w:r w:rsidRPr="00AB0F27">
              <w:rPr>
                <w:sz w:val="15"/>
              </w:rPr>
              <w:t>Обобщениепредставленийо текстовыхзадачах,решаемыхс помощьюдействийсложенияи вычитания(«насколькобольше/меньше»,«скольковсего»,«сколь-коосталось»).</w:t>
            </w:r>
            <w:r>
              <w:rPr>
                <w:sz w:val="15"/>
              </w:rPr>
              <w:t>Различение текста итекстовойзадачи,представленноговтекстовойзадаче.;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58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59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10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Обнаружениенедостающегоэлементазадачи,дополнение текстазадачичисловымиданными(по</w:t>
            </w:r>
          </w:p>
          <w:p w:rsidR="009D0436" w:rsidRPr="00AB0F27" w:rsidRDefault="009D0436" w:rsidP="009D0436">
            <w:pPr>
              <w:pStyle w:val="TableParagraph"/>
              <w:spacing w:before="2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иллюстрации,смыслузадачи,еёрешению).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Коллективноеобсуждение: анализ реальной ситуации,представленнойспомощьюрисунка,иллюстрации,текста,таблицы,схемы(описаниеситуации, чтоизвестно, что неизвестно;условиезадачи,вопросзадачи).;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60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6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5"/>
        </w:trPr>
        <w:tc>
          <w:tcPr>
            <w:tcW w:w="15497" w:type="dxa"/>
            <w:gridSpan w:val="9"/>
          </w:tcPr>
          <w:p w:rsidR="009D0436" w:rsidRPr="00AB0F27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 w:rsidRPr="00AB0F27">
              <w:rPr>
                <w:sz w:val="15"/>
              </w:rPr>
              <w:t>Раздел5.</w:t>
            </w:r>
            <w:r w:rsidRPr="00AB0F27">
              <w:rPr>
                <w:b/>
                <w:sz w:val="15"/>
              </w:rPr>
              <w:t>Пространственныеотношенияигеометрическиефигуры</w:t>
            </w:r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Расположениепредметовиобъектовна плоскости,впространстве:слева/справа,сверху/снизу,между;установлениепространственныхотношений.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Игровыеупражнения:«Угадайфигурупоописанию»,</w:t>
            </w:r>
          </w:p>
          <w:p w:rsidR="009D0436" w:rsidRPr="00AB0F27" w:rsidRDefault="009D0436" w:rsidP="009D0436">
            <w:pPr>
              <w:pStyle w:val="TableParagraph"/>
              <w:spacing w:before="19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«Расположифигурывзаданномпорядке»,«Найдимоделифигурвклассе»ит.п.;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line="266" w:lineRule="auto"/>
              <w:ind w:left="90"/>
              <w:rPr>
                <w:sz w:val="15"/>
              </w:rPr>
            </w:pPr>
            <w:hyperlink r:id="rId62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https://resh.edu.ru/subject/lesson/5194/main/121552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hyperlink r:id="rId63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64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Tr="009D0436">
        <w:trPr>
          <w:trHeight w:val="79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Распознаваниеобъектаиегоотражения.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323"/>
              <w:jc w:val="both"/>
              <w:rPr>
                <w:sz w:val="15"/>
              </w:rPr>
            </w:pPr>
            <w:r w:rsidRPr="00AB0F27">
              <w:rPr>
                <w:sz w:val="15"/>
              </w:rPr>
              <w:t>Творческие задания: узоры и орнаменты. Составлениеинструкции изображения узора, линии (по клеткам). ;Составлениепар:объектиегоотражение.;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65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</w:tbl>
    <w:p w:rsidR="009D0436" w:rsidRDefault="009D0436" w:rsidP="009D0436">
      <w:pPr>
        <w:rPr>
          <w:sz w:val="15"/>
        </w:rPr>
        <w:sectPr w:rsid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71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lastRenderedPageBreak/>
              <w:t>5.3.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Геометрическиефигуры:распознаваниекруга,треугольника,прямоугольника,отрезка.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Игровыеупражнения:«Угадайфигурупоописанию»,</w:t>
            </w:r>
          </w:p>
          <w:p w:rsidR="009D0436" w:rsidRPr="00AB0F27" w:rsidRDefault="009D0436" w:rsidP="009D0436">
            <w:pPr>
              <w:pStyle w:val="TableParagraph"/>
              <w:spacing w:before="19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«Расположифигурывзаданномпорядке»,«Найдимоделифигурвклассе»ит.п.;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66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EE41E1" w:rsidTr="009D0436">
        <w:trPr>
          <w:trHeight w:val="912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Построениеотрезка,квадрата,треугольника с помощьюлинейки;измерение длиныотрезка всантиметрах.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Практическаядеятельность:графическиеиизмерительные действия вработе с карандашоми</w:t>
            </w:r>
            <w:r w:rsidRPr="00AB0F27">
              <w:rPr>
                <w:w w:val="95"/>
                <w:sz w:val="15"/>
              </w:rPr>
              <w:t>линейкой:копирование,рисованиефигурпоинструкции.</w:t>
            </w:r>
          </w:p>
          <w:p w:rsidR="009D0436" w:rsidRDefault="009D0436" w:rsidP="009D0436">
            <w:pPr>
              <w:pStyle w:val="TableParagraph"/>
              <w:spacing w:before="2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Практическаяработа;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line="273" w:lineRule="auto"/>
              <w:ind w:left="90"/>
              <w:rPr>
                <w:sz w:val="15"/>
              </w:rPr>
            </w:pPr>
            <w:hyperlink r:id="rId67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https://resh.edu.ru/subject/lesson/3971/main/302205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hyperlink r:id="rId68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Длина стороныпрямоугольника,квадрата,треугольника.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Практическиеработы:измерение длиныотрезка,ломаной,длиныстороныквадрата,сторонпрямоугольника.Комментированиеходаирезультатаработы;установление соответствиярезультата ипоставленного вопроса.;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6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7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),авторыС.ИВолкова,С.П.Максимоваединаяколлекцияцифровыхобразовательныхресурсов(илипоадресу:</w:t>
            </w:r>
            <w:hyperlink r:id="rId71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5.6.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line="273" w:lineRule="auto"/>
              <w:ind w:left="83" w:right="456"/>
              <w:rPr>
                <w:b/>
                <w:sz w:val="15"/>
              </w:rPr>
            </w:pPr>
            <w:r>
              <w:rPr>
                <w:b/>
                <w:sz w:val="15"/>
              </w:rPr>
              <w:t>Изображениепрямоугольника,квадрата,треугольника.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Практическаядеятельность:графическиеиизмерительные действия вработе с карандашоми</w:t>
            </w:r>
            <w:r w:rsidRPr="00AB0F27">
              <w:rPr>
                <w:w w:val="95"/>
                <w:sz w:val="15"/>
              </w:rPr>
              <w:t>линейкой:копирование,рисованиефигурпоинструкции.</w:t>
            </w:r>
          </w:p>
          <w:p w:rsidR="009D0436" w:rsidRDefault="009D0436" w:rsidP="009D0436">
            <w:pPr>
              <w:pStyle w:val="TableParagraph"/>
              <w:spacing w:before="2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Практическаяработа;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72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7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5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Раздел6.</w:t>
            </w:r>
            <w:r>
              <w:rPr>
                <w:b/>
                <w:sz w:val="15"/>
              </w:rPr>
              <w:t>Математическаяинформация</w:t>
            </w:r>
          </w:p>
        </w:tc>
      </w:tr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Сбор данныхобобъекте пообразцу.Характеристикиобъекта,группыобъектов(количество, форма,размер);выборпредметов по образцу(позаданнымпризнакам).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Работас наглядностью—рисунками, содержащимиматематическуюинформацию.Формулированиевопросовиответовпорисунку(иллюстрации,модели).Упорядочение математическихобъектов сопоройнарисунок,сюжетнуюситуациюипр.;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8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7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75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DF403D">
        <w:trPr>
          <w:trHeight w:val="737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Группировкаобъектовпозаданномупризнаку.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DF403D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Работавпарах/группах:поискобщихсвойствгрупппредметов(цвет, форма, величина,количество,назначениеидр.).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spacing w:line="273" w:lineRule="auto"/>
              <w:ind w:left="90"/>
              <w:rPr>
                <w:sz w:val="15"/>
              </w:rPr>
            </w:pPr>
            <w:hyperlink r:id="rId76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https://resh.edu.ru/subject/lesson/5194/main/121552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hyperlink r:id="rId77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Закономерность вряду заданныхобъектов: еёобнаружение,продолжениеряда.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Работас наглядностью—рисунками, содержащимиматематическуюинформацию.Формулированиевопросовиответовпорисунку(иллюстрации,модели).Упорядочение математическихобъектов сопоройнарисунок,сюжетнуюситуациюипр.;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78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79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0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DF403D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класс(Диск С</w:t>
            </w:r>
            <w:r>
              <w:rPr>
                <w:sz w:val="15"/>
              </w:rPr>
              <w:t>D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Верные(истинные) иневерные(ложные) предложения,составленныеотносительнозаданногонабораматематическихобъектов.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Знакомствослогическойконструкцией«Если…,то</w:t>
            </w:r>
          </w:p>
          <w:p w:rsidR="009D0436" w:rsidRPr="00AB0F27" w:rsidRDefault="009D0436" w:rsidP="009D0436">
            <w:pPr>
              <w:pStyle w:val="TableParagraph"/>
              <w:spacing w:before="24" w:line="268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…».Верноилиневерно:формулированиеипроверкапредложения.;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80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0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Чтение таблицы(содержащейнеболеечетырёхданных); извлечениеданногоизстроки,столбца;внесениеодного-двухданныхвтаблицу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Работавпарах/группах:поискобщихсвойствгрупппредметов(цвет, форма, величина,количество,назначениеидр.).Таблицакакспособпредставленияинформации,полученнойиз повседневнойжизни(расписания,чеки,менюит.д.).;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Устныйопрос;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82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Электронноеприложениекучебнику</w:t>
            </w:r>
          </w:p>
          <w:p w:rsidR="009D0436" w:rsidRPr="00720C05" w:rsidRDefault="009D0436" w:rsidP="00DF403D">
            <w:r w:rsidRPr="00720C05">
              <w:rPr>
                <w:sz w:val="15"/>
              </w:rPr>
              <w:t>«Математика»,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</w:p>
        </w:tc>
      </w:tr>
    </w:tbl>
    <w:p w:rsidR="009D0436" w:rsidRPr="009D0436" w:rsidRDefault="009D0436" w:rsidP="009D0436">
      <w:pPr>
        <w:rPr>
          <w:rFonts w:ascii="Calibri"/>
          <w:sz w:val="16"/>
        </w:rPr>
        <w:sectPr w:rsidR="009D0436" w:rsidRP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88"/>
              <w:rPr>
                <w:sz w:val="15"/>
              </w:rPr>
            </w:pPr>
            <w:r>
              <w:rPr>
                <w:sz w:val="15"/>
              </w:rPr>
              <w:lastRenderedPageBreak/>
              <w:t>6.7.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Выполнение1—3-шаговыхинструкций,связанныхс</w:t>
            </w:r>
          </w:p>
          <w:p w:rsidR="009D0436" w:rsidRPr="00AB0F27" w:rsidRDefault="009D0436" w:rsidP="009D0436">
            <w:pPr>
              <w:pStyle w:val="TableParagraph"/>
              <w:spacing w:before="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вычислениями,измерениемдлины,построениемгеометрическихфигур.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Работас наглядностью—рисунками, содержащимиматематическуюинформацию.Формулированиевопросовиответовпорисунку(иллюстрации,модели).Упорядочение математическихобъектов сопоройнарисунок,сюжетнуюситуациюипр.;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Практическаяработа;</w:t>
            </w:r>
          </w:p>
        </w:tc>
        <w:tc>
          <w:tcPr>
            <w:tcW w:w="3471" w:type="dxa"/>
          </w:tcPr>
          <w:p w:rsidR="009D0436" w:rsidRDefault="00683B4D" w:rsidP="009D0436">
            <w:pPr>
              <w:pStyle w:val="TableParagraph"/>
              <w:ind w:left="90"/>
              <w:rPr>
                <w:sz w:val="15"/>
              </w:rPr>
            </w:pPr>
            <w:hyperlink r:id="rId8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683B4D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5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6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Итогопоразделу: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Резервноевремя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527"/>
        </w:trPr>
        <w:tc>
          <w:tcPr>
            <w:tcW w:w="3274" w:type="dxa"/>
            <w:gridSpan w:val="2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sz w:val="15"/>
              </w:rPr>
            </w:pPr>
            <w:r w:rsidRPr="00AB0F27">
              <w:rPr>
                <w:sz w:val="15"/>
              </w:rPr>
              <w:t>ОБЩЕЕ КОЛИЧЕСТВО ЧАСОВПОПРОГРАММЕ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132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9448" w:type="dxa"/>
            <w:gridSpan w:val="4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9D0436" w:rsidRDefault="009D0436" w:rsidP="009D0436">
      <w:pPr>
        <w:rPr>
          <w:sz w:val="14"/>
        </w:rPr>
        <w:sectPr w:rsid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p w:rsidR="00EF085F" w:rsidRPr="009D0436" w:rsidRDefault="00EF085F" w:rsidP="009D0436">
      <w:pPr>
        <w:sectPr w:rsidR="00EF085F" w:rsidRPr="009D0436" w:rsidSect="009D0436">
          <w:pgSz w:w="11900" w:h="16840"/>
          <w:pgMar w:top="280" w:right="560" w:bottom="620" w:left="540" w:header="720" w:footer="720" w:gutter="0"/>
          <w:cols w:space="720"/>
          <w:docGrid w:linePitch="299"/>
        </w:sectPr>
      </w:pPr>
    </w:p>
    <w:p w:rsidR="009D0436" w:rsidRPr="009D0436" w:rsidRDefault="00683B4D" w:rsidP="009D0436">
      <w:pPr>
        <w:spacing w:before="78"/>
        <w:ind w:left="107"/>
        <w:rPr>
          <w:b/>
          <w:sz w:val="19"/>
        </w:rPr>
      </w:pPr>
      <w:r w:rsidRPr="00683B4D">
        <w:rPr>
          <w:noProof/>
          <w:lang w:eastAsia="ru-RU"/>
        </w:rPr>
        <w:lastRenderedPageBreak/>
        <w:pict>
          <v:rect id="Прямоугольник 2" o:spid="_x0000_s1035" style="position:absolute;left:0;text-align:left;margin-left:33.3pt;margin-top:17.7pt;width:775.65pt;height:.6pt;z-index:-157214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" fillcolor="black" stroked="f">
            <w10:wrap type="topAndBottom" anchorx="page"/>
          </v:rect>
        </w:pict>
      </w:r>
      <w:r w:rsidR="009D0436" w:rsidRPr="009D0436">
        <w:rPr>
          <w:b/>
          <w:sz w:val="19"/>
        </w:rPr>
        <w:t>ТЕМАТИЧЕСКОЕПЛАНИРОВАНИЕ</w:t>
      </w:r>
      <w:r w:rsidR="009D0436">
        <w:rPr>
          <w:b/>
          <w:sz w:val="19"/>
        </w:rPr>
        <w:t xml:space="preserve"> 2 класс</w:t>
      </w:r>
    </w:p>
    <w:p w:rsidR="009D0436" w:rsidRPr="009D0436" w:rsidRDefault="009D0436" w:rsidP="009D0436">
      <w:pPr>
        <w:rPr>
          <w:b/>
          <w:sz w:val="20"/>
          <w:szCs w:val="24"/>
        </w:rPr>
      </w:pPr>
    </w:p>
    <w:p w:rsidR="009D0436" w:rsidRPr="009D0436" w:rsidRDefault="009D0436" w:rsidP="009D0436">
      <w:pPr>
        <w:spacing w:before="1" w:after="1"/>
        <w:rPr>
          <w:b/>
          <w:sz w:val="27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91"/>
        <w:gridCol w:w="524"/>
        <w:gridCol w:w="1109"/>
        <w:gridCol w:w="1134"/>
        <w:gridCol w:w="4109"/>
        <w:gridCol w:w="1080"/>
        <w:gridCol w:w="1382"/>
      </w:tblGrid>
      <w:tr w:rsidR="009D0436" w:rsidRPr="009D0436" w:rsidTr="009D0436">
        <w:trPr>
          <w:trHeight w:val="336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71" w:line="268" w:lineRule="auto"/>
              <w:ind w:left="83" w:right="13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№п/п</w:t>
            </w:r>
          </w:p>
        </w:tc>
        <w:tc>
          <w:tcPr>
            <w:tcW w:w="4891" w:type="dxa"/>
            <w:vMerge w:val="restart"/>
          </w:tcPr>
          <w:p w:rsidR="009D0436" w:rsidRPr="009D0436" w:rsidRDefault="009D0436" w:rsidP="009D0436">
            <w:pPr>
              <w:spacing w:before="71"/>
              <w:ind w:left="83"/>
              <w:rPr>
                <w:b/>
                <w:sz w:val="15"/>
              </w:rPr>
            </w:pPr>
            <w:r w:rsidRPr="009D0436">
              <w:rPr>
                <w:b/>
                <w:w w:val="95"/>
                <w:sz w:val="15"/>
              </w:rPr>
              <w:t>Наименованиеразделовитемпрограммы</w:t>
            </w:r>
          </w:p>
        </w:tc>
        <w:tc>
          <w:tcPr>
            <w:tcW w:w="2767" w:type="dxa"/>
            <w:gridSpan w:val="3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Количествочасов</w:t>
            </w:r>
          </w:p>
        </w:tc>
        <w:tc>
          <w:tcPr>
            <w:tcW w:w="4109" w:type="dxa"/>
            <w:vMerge w:val="restart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Видыдеятельности</w:t>
            </w:r>
          </w:p>
        </w:tc>
        <w:tc>
          <w:tcPr>
            <w:tcW w:w="1080" w:type="dxa"/>
            <w:vMerge w:val="restart"/>
          </w:tcPr>
          <w:p w:rsidR="009D0436" w:rsidRPr="009D0436" w:rsidRDefault="009D0436" w:rsidP="009D0436">
            <w:pPr>
              <w:spacing w:before="71" w:line="266" w:lineRule="auto"/>
              <w:ind w:left="81" w:right="105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Виды,формы</w:t>
            </w:r>
            <w:r w:rsidRPr="009D0436">
              <w:rPr>
                <w:b/>
                <w:w w:val="95"/>
                <w:sz w:val="15"/>
              </w:rPr>
              <w:t>контроля</w:t>
            </w:r>
          </w:p>
        </w:tc>
        <w:tc>
          <w:tcPr>
            <w:tcW w:w="1382" w:type="dxa"/>
            <w:vMerge w:val="restart"/>
          </w:tcPr>
          <w:p w:rsidR="009D0436" w:rsidRPr="009D0436" w:rsidRDefault="009D0436" w:rsidP="009D0436">
            <w:pPr>
              <w:spacing w:before="71" w:line="266" w:lineRule="auto"/>
              <w:ind w:left="81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Электронные(цифровые)образовательныересурсы</w:t>
            </w:r>
          </w:p>
        </w:tc>
      </w:tr>
      <w:tr w:rsidR="009D0436" w:rsidRPr="009D0436" w:rsidTr="009D0436">
        <w:trPr>
          <w:trHeight w:val="560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всего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71" w:line="266" w:lineRule="auto"/>
              <w:ind w:left="89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контрольныеработы</w:t>
            </w:r>
          </w:p>
        </w:tc>
        <w:tc>
          <w:tcPr>
            <w:tcW w:w="1134" w:type="dxa"/>
          </w:tcPr>
          <w:p w:rsidR="009D0436" w:rsidRPr="009D0436" w:rsidRDefault="009D0436" w:rsidP="009D0436">
            <w:pPr>
              <w:spacing w:before="71" w:line="266" w:lineRule="auto"/>
              <w:ind w:left="8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практическиеработы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</w:tr>
      <w:tr w:rsidR="009D0436" w:rsidRPr="009D0436" w:rsidTr="009D0436">
        <w:trPr>
          <w:trHeight w:val="239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1.1.</w:t>
            </w:r>
          </w:p>
        </w:tc>
        <w:tc>
          <w:tcPr>
            <w:tcW w:w="4891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Числавпределах100:чтение,запись,десятичныйсостав,</w:t>
            </w:r>
          </w:p>
        </w:tc>
        <w:tc>
          <w:tcPr>
            <w:tcW w:w="524" w:type="dxa"/>
            <w:vMerge w:val="restart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  <w:vMerge w:val="restart"/>
          </w:tcPr>
          <w:p w:rsidR="009D0436" w:rsidRPr="009D0436" w:rsidRDefault="009D0436" w:rsidP="009D0436">
            <w:pPr>
              <w:spacing w:before="61"/>
              <w:ind w:left="89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4" w:type="dxa"/>
            <w:vMerge w:val="restart"/>
          </w:tcPr>
          <w:p w:rsidR="009D0436" w:rsidRPr="009D0436" w:rsidRDefault="009D0436" w:rsidP="009D0436">
            <w:pPr>
              <w:spacing w:before="61"/>
              <w:ind w:left="84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4109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Устнаяиписьменнаяработасчислами:чтение,</w:t>
            </w:r>
          </w:p>
        </w:tc>
        <w:tc>
          <w:tcPr>
            <w:tcW w:w="1080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</w:p>
        </w:tc>
        <w:tc>
          <w:tcPr>
            <w:tcW w:w="1382" w:type="dxa"/>
            <w:tcBorders>
              <w:bottom w:val="nil"/>
            </w:tcBorders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86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159" w:lineRule="exact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87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159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сравнение.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составление,сравнение,изменение;счётединицами,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приложениек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двойками,тройкамиотзаданногочиславпорядке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учебнику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убывания/возрастания.;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«Математика»,2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класс(ДискСD),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авторыС.И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Волкова,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С.П.Максимова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единаяколлекция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цифровых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образовательных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ресурсов(илипо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адресу:</w:t>
            </w:r>
          </w:p>
        </w:tc>
      </w:tr>
      <w:tr w:rsidR="009D0436" w:rsidRPr="009D0436" w:rsidTr="009D0436">
        <w:trPr>
          <w:trHeight w:val="182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683B4D" w:rsidP="009D0436">
            <w:pPr>
              <w:spacing w:line="162" w:lineRule="exact"/>
              <w:ind w:left="81"/>
              <w:rPr>
                <w:sz w:val="15"/>
              </w:rPr>
            </w:pPr>
            <w:hyperlink r:id="rId88">
              <w:r w:rsidR="009D0436" w:rsidRPr="009D0436">
                <w:rPr>
                  <w:sz w:val="15"/>
                </w:rPr>
                <w:t>http://school-</w:t>
              </w:r>
            </w:hyperlink>
          </w:p>
        </w:tc>
      </w:tr>
      <w:tr w:rsidR="009D0436" w:rsidRPr="009D0436" w:rsidTr="009D0436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9D0436" w:rsidRPr="009D0436" w:rsidRDefault="009D0436" w:rsidP="009D0436">
            <w:pPr>
              <w:spacing w:before="3"/>
              <w:ind w:left="81"/>
              <w:rPr>
                <w:sz w:val="15"/>
              </w:rPr>
            </w:pP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239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1.2.</w:t>
            </w:r>
          </w:p>
        </w:tc>
        <w:tc>
          <w:tcPr>
            <w:tcW w:w="4891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Записьравенства,неравенства.Увеличение/уменьшениечислана</w:t>
            </w:r>
          </w:p>
        </w:tc>
        <w:tc>
          <w:tcPr>
            <w:tcW w:w="524" w:type="dxa"/>
            <w:vMerge w:val="restart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  <w:vMerge w:val="restart"/>
          </w:tcPr>
          <w:p w:rsidR="009D0436" w:rsidRPr="009D0436" w:rsidRDefault="009D0436" w:rsidP="009D0436">
            <w:pPr>
              <w:spacing w:before="61"/>
              <w:ind w:left="89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4" w:type="dxa"/>
            <w:vMerge w:val="restart"/>
          </w:tcPr>
          <w:p w:rsidR="009D0436" w:rsidRPr="009D0436" w:rsidRDefault="009D0436" w:rsidP="009D0436">
            <w:pPr>
              <w:spacing w:before="61"/>
              <w:ind w:left="84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4109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Устнаяиписьменнаяработасчислами:чтение,</w:t>
            </w:r>
          </w:p>
        </w:tc>
        <w:tc>
          <w:tcPr>
            <w:tcW w:w="1080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</w:p>
        </w:tc>
        <w:tc>
          <w:tcPr>
            <w:tcW w:w="1382" w:type="dxa"/>
            <w:tcBorders>
              <w:bottom w:val="nil"/>
            </w:tcBorders>
          </w:tcPr>
          <w:p w:rsidR="009D0436" w:rsidRPr="009D0436" w:rsidRDefault="00683B4D" w:rsidP="009D0436">
            <w:pPr>
              <w:spacing w:before="61" w:line="158" w:lineRule="exact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89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158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несколькоединиц/десятков;разностноесравнениечисел.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составление,сравнение,изменение;счётединицами,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приложениек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двойками,тройкамиотзаданногочиславпорядке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учебнику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убывания/возрастания.;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«Математика»,2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класс(ДискСD),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авторыС.И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Волкова,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С.П.Максимова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единаяколлекция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цифровых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образовательных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ресурсов(илипо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адресу:</w:t>
            </w:r>
          </w:p>
        </w:tc>
      </w:tr>
      <w:tr w:rsidR="009D0436" w:rsidRPr="009D0436" w:rsidTr="009D0436">
        <w:trPr>
          <w:trHeight w:val="184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683B4D" w:rsidP="009D0436">
            <w:pPr>
              <w:spacing w:line="164" w:lineRule="exact"/>
              <w:ind w:left="81"/>
              <w:rPr>
                <w:sz w:val="15"/>
              </w:rPr>
            </w:pPr>
            <w:hyperlink r:id="rId90">
              <w:r w:rsidR="009D0436" w:rsidRPr="009D0436">
                <w:rPr>
                  <w:sz w:val="15"/>
                </w:rPr>
                <w:t>http://school-</w:t>
              </w:r>
            </w:hyperlink>
          </w:p>
        </w:tc>
      </w:tr>
      <w:tr w:rsidR="009D0436" w:rsidRPr="009D0436" w:rsidTr="009D0436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9D0436" w:rsidRPr="009D0436" w:rsidRDefault="009D0436" w:rsidP="009D0436">
            <w:pPr>
              <w:spacing w:before="6"/>
              <w:ind w:left="81"/>
              <w:rPr>
                <w:sz w:val="15"/>
              </w:rPr>
            </w:pP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rPr>
          <w:sz w:val="15"/>
        </w:rPr>
        <w:sectPr w:rsidR="009D0436" w:rsidRPr="009D0436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68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1.3.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Чётныеинечётныечисла.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Оформлениематематическихзаписей.;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9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b/>
                <w:sz w:val="15"/>
              </w:rPr>
              <w:t>Представлениечиславвидесуммыразрядныхслагаемых</w:t>
            </w:r>
            <w:r w:rsidRPr="009D0436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Учебныйдиалог:обсуждение возможностипредставлениячисларазными способами(предметнаямодель,записьсловами,с помощью таблицыразрядов,ввиде суммыразрядныхслагаемых).;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9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9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9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сматематическойтерминологией(однозначное,двузначное,чётное-нечётноечисло;числоицифра;компонентыарифметическогодействия,ихназвание)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Учебныйдиалог:обсуждение возможностипредставлениячисларазными способами(предметнаямодель,записьсловами,с помощью таблицыразрядов,ввиде суммыразрядныхслагаемых).;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17"/>
              <w:rPr>
                <w:sz w:val="15"/>
              </w:rPr>
            </w:pPr>
            <w:r w:rsidRPr="009D0436">
              <w:rPr>
                <w:sz w:val="15"/>
              </w:rPr>
              <w:t>Контрольнаяработа;Зачет;</w:t>
            </w:r>
          </w:p>
          <w:p w:rsidR="009D0436" w:rsidRPr="009D0436" w:rsidRDefault="009D0436" w:rsidP="009D0436">
            <w:pPr>
              <w:spacing w:before="2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95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96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9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1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5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6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Раздел2.</w:t>
            </w:r>
            <w:r w:rsidRPr="009D0436">
              <w:rPr>
                <w:b/>
                <w:sz w:val="15"/>
              </w:rPr>
              <w:t>Величины</w:t>
            </w:r>
          </w:p>
        </w:tc>
      </w:tr>
    </w:tbl>
    <w:p w:rsidR="00195095" w:rsidRDefault="00195095" w:rsidP="009D0436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Default="00195095" w:rsidP="00195095">
      <w:pPr>
        <w:rPr>
          <w:sz w:val="15"/>
        </w:rPr>
      </w:pPr>
    </w:p>
    <w:p w:rsidR="00195095" w:rsidRDefault="00195095" w:rsidP="00195095">
      <w:pPr>
        <w:rPr>
          <w:sz w:val="15"/>
        </w:rPr>
      </w:pPr>
    </w:p>
    <w:p w:rsidR="009D0436" w:rsidRPr="00195095" w:rsidRDefault="009D0436" w:rsidP="00195095">
      <w:pPr>
        <w:rPr>
          <w:sz w:val="15"/>
        </w:rPr>
        <w:sectPr w:rsidR="009D0436" w:rsidRPr="0019509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2.1.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4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свеличинами:сравнениепо массе(единица массы—килограмм); измерениедлины(единицыдлины—метр,дециметр,сантиметр,миллиметр),времени(единицывремени—час,минута).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4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Различение единиц измерения одной и той же величины,установление между ними отношения (больше, меньше,равно),записьрезультатасравнения;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9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Соотношениямежду единицамивеличины(впределах 100),решениепрактическихзадач.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Обсуждениепрактическихситуаций.;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99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00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0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Измерениевеличин.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4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Различение единиц измерения одной и той же величины,установление между ними отношения (больше, меньше,равно),записьрезультатасравнения;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0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0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0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3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2.4.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Сравнениеиупорядочениеоднородныхвеличин.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Проектныезадания свеличинами,напримервременем:чтениерасписания,графикаработы;составлениесхемыдля определения отрезкавремени;установлениесоотношения между единицамивремени:годом, месяцем,неделей,сутками.;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05"/>
              <w:rPr>
                <w:sz w:val="15"/>
              </w:rPr>
            </w:pPr>
            <w:r w:rsidRPr="009D0436">
              <w:rPr>
                <w:sz w:val="15"/>
              </w:rPr>
              <w:t>Контрольнаяработа;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0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5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11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1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Раздел3.</w:t>
            </w:r>
            <w:r w:rsidRPr="009D0436">
              <w:rPr>
                <w:b/>
                <w:sz w:val="15"/>
              </w:rPr>
              <w:t>Арифметическиедействия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9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Устное сложениеи вычитаниечисел в пределах 100без перехода испереходомчерезразряд.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Упражнения:различениеприёмоввычисления(устныеиписьменные).Выборудобного способа выполнениядействия.;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06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07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0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Письменноесложениеивычитаниечиселвпределах100.Переместительное,сочетательноесвойства сложения,ихприменениедлявычислений.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8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Практическаядеятельность:устныеиписьменныеприёмывычислений.Прикидкарезультатавыполнениядействия.;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/>
              <w:ind w:left="90"/>
              <w:rPr>
                <w:sz w:val="15"/>
              </w:rPr>
            </w:pPr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09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5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3.3.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Взаимосвязь компонентовирезультата действиясложения,действиявычитания.Проверкарезультата вычисления(реальностьответа,обратноедействие).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Комментированиехода выполненияарифметическогодействияс использованиемматематическойтерминологии(десятки,единицы,сумма,разностьидр.).;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Действияумноженияиделениячисел.Взаимосвязьсложенияиумножения.Иллюстрацияумноженияспомощьюпредметноймоделисюжетнойситуации.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Комментированиехода выполненияарифметическогодействияс использованиемматематическойтерминологии(десятки,единицы,сумма,разностьидр.).;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1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1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b/>
                <w:sz w:val="15"/>
              </w:rPr>
              <w:t>Названиякомпонентовдействийумножения,деления</w:t>
            </w:r>
            <w:r w:rsidRPr="009D0436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Комментированиехода выполненияарифметическогодействияс использованиемматематическойтерминологии(десятки,единицы,сумма,разностьидр.).;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5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3.6.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Табличноеумножениевпределах50.Табличныеслучаиумножения,деленияпривычисленияхирешениизадач.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7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Учебный диалог:участие в обсуждениивозможныхошибокввыполненииарифметическихдействий.;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16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17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3.7.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Умножениена1,на0(поправилу).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Пропедевтикаисследовательскойработы:выполнениезадания разнымиспособами(вычисления сиспользованиемпереместительного,сочетательногосвойствсложения).Объяснениеспомощьюмодели</w:t>
            </w:r>
            <w:r w:rsidRPr="009D0436">
              <w:rPr>
                <w:w w:val="95"/>
                <w:sz w:val="15"/>
              </w:rPr>
              <w:t>приёмовнахождениясуммы,разности.Использование</w:t>
            </w:r>
            <w:r w:rsidRPr="009D0436">
              <w:rPr>
                <w:sz w:val="15"/>
              </w:rPr>
              <w:t>правил(умноженияна0,на1)привычислении.;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1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3.8.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Переместительноесвойствоумножения.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Пропедевтикаисследовательскойработы:выполнениезадания разнымиспособами(вычисления сиспользованиемпереместительного,сочетательногосвойствсложения).Объяснениеспомощьюмодели</w:t>
            </w:r>
            <w:r w:rsidRPr="009D0436">
              <w:rPr>
                <w:w w:val="95"/>
                <w:sz w:val="15"/>
              </w:rPr>
              <w:t>приёмовнахождениясуммы,разности.Использование</w:t>
            </w:r>
            <w:r w:rsidRPr="009D0436">
              <w:rPr>
                <w:sz w:val="15"/>
              </w:rPr>
              <w:t>правил(умноженияна0,на1)привычислении.;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2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29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29" w:right="81"/>
              <w:jc w:val="center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3.9.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Взаимосвязькомпонентовирезультатадействияумножения,действияделения.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Пропедевтикаисследовательскойработы:выполнениезадания разнымиспособами(вычисления сиспользованиемпереместительного,сочетательногосвойствсложения).Объяснениеспомощьюмодели</w:t>
            </w:r>
            <w:r w:rsidRPr="009D0436">
              <w:rPr>
                <w:w w:val="95"/>
                <w:sz w:val="15"/>
              </w:rPr>
              <w:t>приёмовнахождениясуммы,разности.Использование</w:t>
            </w:r>
            <w:r w:rsidRPr="009D0436">
              <w:rPr>
                <w:sz w:val="15"/>
              </w:rPr>
              <w:t>правил(умноженияна0,на1)привычислении.;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21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22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2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3.10.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 w:right="261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Неизвестныйкомпонентдействия сложения,действиявычитания;егонахождение.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Дифференцированныезадания на проведениеконтроляисамоконтроля.Проверкаходаирезультатавыполнениядействия по алгоритму.Оценкарациональностивыбранного приёмавычисления.Установлениесоответствиямежду математическимвыражениемиеготекстовымописанием.;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2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Числовоевыражение: чтение,запись,вычислениезначения.Порядоквыполнениядействий вчисловом выражении,содержащемдействиясложенияивычитания(со скобками/безскобок) впределах 100 (неболее трёх действий); нахождениеегозначения.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16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Работавгруппах:приведениепримеров,иллюстрирующихсмысл арифметическогодействия,свойствадействий.Обсуждениесмыслаиспользованияскобоквзаписичисловоговыражения;записьрешенияспомощьюразныхчисловыхвыражен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25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2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78"/>
              <w:jc w:val="center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3.12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Вычитаниесуммыизчисла,числаизсуммы.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Дифференцированноезадание:объяснение ходавыполнениявычисленийпообразцу.Применениеправилпорядка выполнениядействий;объяснениевозможныхошибок.;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2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82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Вычислениесуммы,разностиудобнымспособом.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Пропедевтикаисследовательскойработы:рациональныеприёмывычислений;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05"/>
              <w:rPr>
                <w:sz w:val="15"/>
              </w:rPr>
            </w:pPr>
            <w:r w:rsidRPr="009D0436">
              <w:rPr>
                <w:sz w:val="15"/>
              </w:rPr>
              <w:t>Контрольнаяработа;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28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29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58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5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Раздел4.</w:t>
            </w:r>
            <w:r w:rsidRPr="009D0436">
              <w:rPr>
                <w:b/>
                <w:sz w:val="15"/>
              </w:rPr>
              <w:t>Текстовыезадачи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29" w:right="81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4.1.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Чтение, представление текстазадачив виде рисунка, схемыилидругоймодели.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75"/>
              <w:jc w:val="both"/>
              <w:rPr>
                <w:sz w:val="15"/>
              </w:rPr>
            </w:pPr>
            <w:r w:rsidRPr="009D0436">
              <w:rPr>
                <w:sz w:val="15"/>
              </w:rPr>
              <w:t>Чтение текста задачи с учётом предлагаемого задания:найти условие и вопрос задачи. Сравнениеразличныхтекстов,ответнавопрос:являетсялитекстзадачей?;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4.2.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Планрешения задачивдва действия, выбор соответствующихплануарифметическихдействий.Запись решения и ответазадачи.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Упражнения: поэтапноерешение текстовойзадачи: анализданных,их представлениенамоделиииспользованиевходепоискаидеирешения; составлениеплана;составлениеарифметических действий всоответствииспланом;использованиемодели длярешения,поискдругогоспособаидр.;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3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3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178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Решениетекстовыхзадачнаприменениесмыслаарифметическогодействия(сложение,вычитание,умножение,деление).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Работа впарах/группах.Составлениезадачсзаданнымматематическимотношением, позаданномучисловомувыражению.Составлениемодели,планарешениязадачи.Назначениескобок взаписичислового выражения прирешениизадачи.;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Расчётныезадачинаувеличение/уменьшениевеличинынанесколькоединиц/внесколькораз.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Упражнения: поэтапноерешение текстовойзадачи: анализданных,их представлениенамоделиииспользованиевходепоискаидеирешения; составлениеплана;составлениеарифметических действий всоответствииспланом;использованиемодели длярешения,поискдругогоспособаидр.;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36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4.5.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512"/>
              <w:jc w:val="both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Фиксация ответа к задаче и его проверка (формулирование,проверка на достоверность, следование плану, соответствиепоставленномувопросу).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Контрольисамоконтрольприрешениизадач.Анализобразцовзаписирешениязадачи по действиям и спомощьючисловоговыражения;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12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Раздел5.</w:t>
            </w:r>
            <w:r w:rsidRPr="009D0436">
              <w:rPr>
                <w:b/>
                <w:sz w:val="15"/>
              </w:rPr>
              <w:t>Пространственныеотношенияигеометрическиефигуры</w:t>
            </w:r>
          </w:p>
        </w:tc>
      </w:tr>
      <w:tr w:rsidR="009D0436" w:rsidRPr="009D0436" w:rsidTr="009D0436">
        <w:trPr>
          <w:trHeight w:val="3105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w w:val="95"/>
                <w:sz w:val="15"/>
              </w:rPr>
              <w:t>Распознаваниеиизображениегеометрическихфигур:точка,</w:t>
            </w:r>
            <w:r w:rsidRPr="009D0436">
              <w:rPr>
                <w:b/>
                <w:sz w:val="15"/>
              </w:rPr>
              <w:t>прямая,прямойугол,ломаная,многоугольник.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16"/>
              <w:jc w:val="both"/>
              <w:rPr>
                <w:sz w:val="15"/>
              </w:rPr>
            </w:pPr>
            <w:r w:rsidRPr="009D0436">
              <w:rPr>
                <w:sz w:val="15"/>
              </w:rPr>
              <w:t>Игровые упражнения: «Опиши фигуру», «Нарисуй фигурупо инструкции», «Найди модели фигур в окружающем» ит.п.;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3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Построениеотрезказаданнойдлиныспомощьюлинейки.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2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2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Измерениерасстоянийсиспользованиемзаданныхилисамостоятельновыбранныхединиц.;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2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40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2" w:line="266" w:lineRule="auto"/>
              <w:ind w:left="81"/>
              <w:rPr>
                <w:sz w:val="15"/>
              </w:rPr>
            </w:pPr>
            <w:hyperlink r:id="rId141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1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5.3.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Изображение на клетчатойбумагепрямоугольника сзаданнымидлинамисторон,квадратасзаданнойдлинойстороны.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Изображениеломаныхспомощьюлинейкииотруки,нанелинованнойиклетчатойбумаге.;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Длиналоманой.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Практическиеработы: определение размеровгеометрическихфигурна глаз, с помощьюизмерительныхинструментов.;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73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Измерениепериметра данного/изображённогопрямоугольника(квадрата),записьрезультатаизмерениявсантиметрах.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Построениеиобозначениепрямоугольникасзаданнымидлинамистороннаклетчатойбумаге;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5.6.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Точка,конецотрезка, вершина многоугольника.Обозначениеточкибуквойлатинскогоалфавита.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Построениеиобозначениепрямоугольникасзаданнымидлинамистороннаклетчатойбумаге;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Раздел6.</w:t>
            </w:r>
            <w:r w:rsidRPr="009D0436">
              <w:rPr>
                <w:b/>
                <w:sz w:val="15"/>
              </w:rPr>
              <w:t>Математическаяинформация</w:t>
            </w:r>
          </w:p>
        </w:tc>
      </w:tr>
      <w:tr w:rsidR="009D0436" w:rsidRPr="009D0436" w:rsidTr="009D0436">
        <w:trPr>
          <w:trHeight w:val="3033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6.1.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Нахождение,формулированиеодного-двухобщихпризнаковнабораматематическихобъектов:чисел,величин,</w:t>
            </w:r>
          </w:p>
          <w:p w:rsidR="009D0436" w:rsidRPr="009D0436" w:rsidRDefault="009D0436" w:rsidP="009D0436">
            <w:pPr>
              <w:spacing w:before="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геометрическихфигур.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Наблюдение закономерностив составленииряда чисел(величин, геометрическихфигур),формулированиеправила.;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4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4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4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Классификацияобъектов по заданномуилисамостоятельноустановленномуоснованию.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85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Использованиематематической терминологиидля формулированиявопросов, заданий, при построении предположений,проверкегипотез.;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6.3.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Закономерностьврядучисел,геометрическихфигур,объектовповседневнойжизни:еёобъяснениесиспользованием</w:t>
            </w:r>
          </w:p>
          <w:p w:rsidR="009D0436" w:rsidRPr="009D0436" w:rsidRDefault="009D0436" w:rsidP="009D0436">
            <w:pPr>
              <w:spacing w:before="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математическойтерминологии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3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Распознавание в окружающем мире ситуаций, которыецелесообразно сформулировать на языке математики ирешитьматематическимисредствами.;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16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Верные(истинные) иневерные(ложные) утверждения,содержащиеколичественные,пространственныеотношения,зависимостимеждучислами/величинами.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91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Использованиематематической терминологиидля формулированиявопросов, заданий, при построении предположений,проверкегипотез.;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Конструированиеутвержденийсиспользованиемслов«каждый»,</w:t>
            </w:r>
          </w:p>
          <w:p w:rsidR="009D0436" w:rsidRPr="009D0436" w:rsidRDefault="009D0436" w:rsidP="009D0436">
            <w:pPr>
              <w:spacing w:before="24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«все».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Работасинформацией:анализинформации,представ-</w:t>
            </w:r>
            <w:r w:rsidRPr="009D0436">
              <w:rPr>
                <w:sz w:val="15"/>
              </w:rPr>
              <w:t>леннойнарисункеивтекстезадания.;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6.6.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стаблицами:извлечениеииспользованиедляответанавопросинформации,представленнойв таблице(таблицысложения, умножения;график дежурств, наблюдения вприродеипр.);внесениеданныхвтаблицу.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Работасинформацией:чтениетаблицы(расписание,</w:t>
            </w:r>
            <w:r w:rsidRPr="009D0436">
              <w:rPr>
                <w:sz w:val="15"/>
              </w:rPr>
              <w:t>графикработы,схему),нахождениеинформации,удовлетворяющейзаданномуусловиюзадачи.</w:t>
            </w:r>
          </w:p>
          <w:p w:rsidR="009D0436" w:rsidRPr="009D0436" w:rsidRDefault="009D0436" w:rsidP="009D0436">
            <w:pPr>
              <w:spacing w:before="2"/>
              <w:ind w:left="80"/>
              <w:rPr>
                <w:sz w:val="15"/>
              </w:rPr>
            </w:pPr>
            <w:r w:rsidRPr="009D0436">
              <w:rPr>
                <w:w w:val="95"/>
                <w:sz w:val="15"/>
              </w:rPr>
              <w:t>Составлениевопросовпотаблице.;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54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55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6.7.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Дополнениемоделей (схем,изображений) готовымичисловымиданными.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Работасинформацией:анализинформации,представ-</w:t>
            </w:r>
            <w:r w:rsidRPr="009D0436">
              <w:rPr>
                <w:sz w:val="15"/>
              </w:rPr>
              <w:t>леннойнарисункеивтекстезадания.;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683B4D" w:rsidP="009D0436">
            <w:pPr>
              <w:spacing w:before="61"/>
              <w:ind w:left="90"/>
              <w:rPr>
                <w:sz w:val="15"/>
              </w:rPr>
            </w:pPr>
            <w:hyperlink r:id="rId15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683B4D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5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5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6.8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73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Правилосоставлениярядачисел,величин,геометрическихфигур(формулированиеправила,проверкаправила,дополнениеряда).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Работавпарах:составлениеутверждениянаоснове</w:t>
            </w:r>
            <w:r w:rsidRPr="009D0436">
              <w:rPr>
                <w:sz w:val="15"/>
              </w:rPr>
              <w:t>информации,представленнойвнаглядномвиде;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6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lastRenderedPageBreak/>
              <w:t>6.9.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Алгоритмы(приёмы, правила)устных иписьменныхвычислений,измеренийипостроениягеометрическихфигур.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91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Использованиематематической терминологиидля формулированиявопросов, заданий, при построении предположений,проверкегипотез.;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6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6.10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Правилаработысэлектроннымисредствамиобучения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Обсуждениеправилработысэлектроннымисредствамиобучения;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Электронноеприложениекучебнику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«Математика»,2класс(Диск СD),авторыС.ИВолкова,С.П.Максимоваединаяколлекцияцифровыхобразовательныхресурсов(илипоадресу:</w:t>
            </w:r>
            <w:hyperlink r:id="rId16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407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Итогопоразделу: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15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Резервноевремя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ОБЩЕЕКОЛИЧЕСТВОЧАСОВПОПРОГРАММЕ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136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2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9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10</w:t>
            </w:r>
          </w:p>
        </w:tc>
        <w:tc>
          <w:tcPr>
            <w:tcW w:w="7377" w:type="dxa"/>
            <w:gridSpan w:val="4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</w:tbl>
    <w:p w:rsidR="009D0436" w:rsidRPr="009D0436" w:rsidRDefault="009D0436" w:rsidP="009D0436">
      <w:pPr>
        <w:rPr>
          <w:sz w:val="14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EF085F" w:rsidRDefault="00EF085F">
      <w:pPr>
        <w:spacing w:line="292" w:lineRule="auto"/>
        <w:rPr>
          <w:sz w:val="24"/>
        </w:rPr>
        <w:sectPr w:rsidR="00EF085F" w:rsidSect="001B3E2B">
          <w:pgSz w:w="11900" w:h="16840"/>
          <w:pgMar w:top="640" w:right="540" w:bottom="280" w:left="560" w:header="720" w:footer="720" w:gutter="0"/>
          <w:cols w:space="720"/>
          <w:docGrid w:linePitch="299"/>
        </w:sectPr>
      </w:pPr>
    </w:p>
    <w:p w:rsidR="005A1040" w:rsidRPr="005A1040" w:rsidRDefault="00683B4D" w:rsidP="005A1040">
      <w:pPr>
        <w:pStyle w:val="a7"/>
        <w:spacing w:before="78"/>
        <w:ind w:left="610"/>
        <w:rPr>
          <w:b/>
          <w:sz w:val="19"/>
        </w:rPr>
      </w:pPr>
      <w:r w:rsidRPr="00683B4D">
        <w:rPr>
          <w:noProof/>
          <w:lang w:eastAsia="ru-RU"/>
        </w:rPr>
        <w:lastRenderedPageBreak/>
        <w:pict>
          <v:rect id="Прямоугольник 3" o:spid="_x0000_s1034" style="position:absolute;left:0;text-align:left;margin-left:33.3pt;margin-top:17.7pt;width:775.65pt;height:.6pt;z-index:-157194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" fillcolor="black" stroked="f">
            <w10:wrap type="topAndBottom" anchorx="page"/>
          </v:rect>
        </w:pict>
      </w:r>
      <w:r w:rsidR="005A1040" w:rsidRPr="005A1040">
        <w:rPr>
          <w:b/>
          <w:sz w:val="19"/>
        </w:rPr>
        <w:t>ТЕМАТИЧЕСКОЕПЛАНИРОВАНИЕ</w:t>
      </w:r>
      <w:r w:rsidR="005A1040">
        <w:rPr>
          <w:b/>
          <w:sz w:val="19"/>
        </w:rPr>
        <w:t xml:space="preserve"> 3 класс</w:t>
      </w:r>
    </w:p>
    <w:p w:rsidR="005A1040" w:rsidRDefault="005A1040" w:rsidP="005A1040">
      <w:pPr>
        <w:pStyle w:val="a5"/>
        <w:ind w:left="610"/>
        <w:rPr>
          <w:b/>
          <w:sz w:val="20"/>
        </w:rPr>
      </w:pPr>
    </w:p>
    <w:p w:rsidR="005A1040" w:rsidRDefault="005A1040" w:rsidP="005A1040">
      <w:pPr>
        <w:pStyle w:val="a5"/>
        <w:spacing w:before="1" w:after="1"/>
        <w:ind w:left="285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Tr="00BF7A86">
        <w:trPr>
          <w:trHeight w:val="335"/>
        </w:trPr>
        <w:tc>
          <w:tcPr>
            <w:tcW w:w="466" w:type="dxa"/>
            <w:vMerge w:val="restart"/>
          </w:tcPr>
          <w:p w:rsidR="005A1040" w:rsidRDefault="005A1040" w:rsidP="00BF7A86">
            <w:pPr>
              <w:pStyle w:val="TableParagraph"/>
              <w:spacing w:before="71" w:line="261" w:lineRule="auto"/>
              <w:ind w:left="83"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№п/п</w:t>
            </w:r>
          </w:p>
        </w:tc>
        <w:tc>
          <w:tcPr>
            <w:tcW w:w="4287" w:type="dxa"/>
            <w:vMerge w:val="restart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Наименованиеразделовитемпрограммы</w:t>
            </w:r>
          </w:p>
        </w:tc>
        <w:tc>
          <w:tcPr>
            <w:tcW w:w="2768" w:type="dxa"/>
            <w:gridSpan w:val="3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Количествочасов</w:t>
            </w:r>
          </w:p>
        </w:tc>
        <w:tc>
          <w:tcPr>
            <w:tcW w:w="805" w:type="dxa"/>
            <w:vMerge w:val="restart"/>
          </w:tcPr>
          <w:p w:rsidR="005A1040" w:rsidRDefault="005A1040" w:rsidP="00BF7A86">
            <w:pPr>
              <w:pStyle w:val="TableParagraph"/>
              <w:spacing w:before="71" w:line="261" w:lineRule="auto"/>
              <w:ind w:left="91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4406" w:type="dxa"/>
            <w:vMerge w:val="restart"/>
          </w:tcPr>
          <w:p w:rsidR="005A1040" w:rsidRDefault="005A1040" w:rsidP="00BF7A86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Видыдеятельности</w:t>
            </w:r>
          </w:p>
        </w:tc>
        <w:tc>
          <w:tcPr>
            <w:tcW w:w="1016" w:type="dxa"/>
            <w:vMerge w:val="restart"/>
          </w:tcPr>
          <w:p w:rsidR="005A1040" w:rsidRDefault="005A1040" w:rsidP="00BF7A86">
            <w:pPr>
              <w:pStyle w:val="TableParagraph"/>
              <w:spacing w:before="71" w:line="264" w:lineRule="auto"/>
              <w:ind w:left="89" w:right="246"/>
              <w:rPr>
                <w:b/>
                <w:sz w:val="15"/>
              </w:rPr>
            </w:pPr>
            <w:r>
              <w:rPr>
                <w:b/>
                <w:sz w:val="15"/>
              </w:rPr>
              <w:t>Виды,формыконтроля</w:t>
            </w:r>
          </w:p>
        </w:tc>
        <w:tc>
          <w:tcPr>
            <w:tcW w:w="1741" w:type="dxa"/>
            <w:vMerge w:val="restart"/>
          </w:tcPr>
          <w:p w:rsidR="005A1040" w:rsidRDefault="005A1040" w:rsidP="00BF7A86">
            <w:pPr>
              <w:pStyle w:val="TableParagraph"/>
              <w:spacing w:before="71" w:line="266" w:lineRule="auto"/>
              <w:ind w:left="101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Электронные(цифровые)образовательныересурсы</w:t>
            </w:r>
          </w:p>
        </w:tc>
      </w:tr>
      <w:tr w:rsidR="005A1040" w:rsidTr="00BF7A86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4287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контрольныеработы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Раздел1.</w:t>
            </w:r>
            <w:r>
              <w:rPr>
                <w:b/>
                <w:sz w:val="15"/>
              </w:rPr>
              <w:t>Числа</w:t>
            </w:r>
          </w:p>
        </w:tc>
      </w:tr>
      <w:tr w:rsidR="005A1040" w:rsidRPr="009C1BD2" w:rsidTr="00BF7A86">
        <w:trPr>
          <w:trHeight w:val="456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Числа впределах1000: чтение,запись,сравнение,представлениеввидесуммыразрядныхслагаемых.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7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Устнаяиписьменнаяработасчислами:составлениеичтение,сравнение иупорядочение, представление ввиде суммыразрядныхслагаемыхидополнениедозаданногочисла;выборчисел сзаданнымисвойствами(число единицразряда,чётностьит.д.).;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работа:различение,называниеизапись</w:t>
            </w:r>
            <w:r>
              <w:rPr>
                <w:w w:val="95"/>
                <w:sz w:val="15"/>
              </w:rPr>
              <w:t>математическихтерминов,знаков;ихиспользованиенаписьме</w:t>
            </w:r>
            <w:r>
              <w:rPr>
                <w:sz w:val="15"/>
              </w:rPr>
              <w:t>и вречиприформулированиивывода, объясненииответа,веденииматематическихзаписей.;</w:t>
            </w:r>
          </w:p>
          <w:p w:rsidR="005A1040" w:rsidRDefault="005A1040" w:rsidP="00BF7A86">
            <w:pPr>
              <w:pStyle w:val="TableParagraph"/>
              <w:spacing w:before="2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впарах/группах. Обнаружение ипроверкаобщегосвойствагруппычисел,поискуникальныхсвойствчислаизгруппычисел.;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использованиелатинских букв длязаписисвойстварифметических действий,обозначениягеометрическихфигур;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Игры-соревнования,связанныес анализомматематическоготекста,распределениемчисел (другихобъектов) на группы поодному-двумсущественнымоснованиям, представлениемчисла разными способами(в видепредметноймодели, суммыразрядных слагаемых,словеснойилицифровойзаписи),использованиемчисловыхданныхдля построенияутверждения, математическоготекстасчисловымиданными(например,текстаобъяснения)ипроверкиегоистинности.;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before="71"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63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  <w:lang w:val="en-US"/>
                </w:rPr>
                <w:t>https</w:t>
              </w:r>
              <w:r w:rsidR="005A1040" w:rsidRPr="00DF403D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  <w:lang w:val="en-US"/>
                </w:rPr>
                <w:t>education</w:t>
              </w:r>
              <w:r w:rsidR="005A1040" w:rsidRPr="00DF403D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  <w:lang w:val="en-US"/>
                </w:rPr>
                <w:t>yandex</w:t>
              </w:r>
              <w:r w:rsidR="005A1040" w:rsidRPr="00DF403D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  <w:lang w:val="en-US"/>
                </w:rPr>
                <w:t>ru</w:t>
              </w:r>
            </w:hyperlink>
          </w:p>
          <w:p w:rsidR="005A1040" w:rsidRPr="00DF403D" w:rsidRDefault="00683B4D" w:rsidP="00BF7A86">
            <w:pPr>
              <w:pStyle w:val="TableParagraph"/>
              <w:spacing w:before="71" w:line="261" w:lineRule="auto"/>
              <w:ind w:left="101"/>
              <w:rPr>
                <w:sz w:val="15"/>
              </w:rPr>
            </w:pPr>
            <w:hyperlink r:id="rId164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56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1.2.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Равенства и неравенства:чтение,составление,установлениеистинности(верное/неверное).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Устнаяиписьменнаяработасчислами:составлениеичтение,сравнение иупорядочение, представление ввиде суммыразрядныхслагаемыхидополнениедозаданногочисла;выборчисел сзаданнымисвойствами(число единицразряда,чётностьит.д.).;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работа:различение,называниеизапись</w:t>
            </w:r>
            <w:r>
              <w:rPr>
                <w:w w:val="95"/>
                <w:sz w:val="15"/>
              </w:rPr>
              <w:t>математическихтерминов,знаков;ихиспользованиенаписьме</w:t>
            </w:r>
            <w:r>
              <w:rPr>
                <w:sz w:val="15"/>
              </w:rPr>
              <w:t>и вречиприформулированиивывода, объясненииответа,веденииматематическихзаписей.;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впарах/группах.Обнаружениеипроверкаобщегосвойствагруппычисел,поискуникальныхсвойствчислаизгруппычисел.;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использованиелатинских букв длязаписисвойстварифметических действий,обозначениягеометрическихфигур;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Игры-соревнования,связанныес анализомматематическоготекста,распределениемчисел (другихобъектов) на группы поодному-двумсущественнымоснованиям, представлениемчисла разными способами(в видепредметноймодели, суммыразрядных слагаемых,словеснойилицифровойзаписи),использованиемчисловыхданныхдля построенияутверждения, математическоготекстасчисловымиданными(например,текстаобъяснения)ипроверкиегоистинности.;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6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66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67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457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Увеличение/уменьшениечиславнесколькораз.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Устнаяиписьменнаяработасчислами:составлениеичтение,сравнение иупорядочение, представление ввиде суммыразрядныхслагаемыхидополнениедозаданногочисла;выборчисел сзаданнымисвойствами(число единицразряда,чётностьит.д.).;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работа:различение,называниеизапись</w:t>
            </w:r>
            <w:r>
              <w:rPr>
                <w:w w:val="95"/>
                <w:sz w:val="15"/>
              </w:rPr>
              <w:t>математическихтерминов,знаков;ихиспользованиенаписьме</w:t>
            </w:r>
            <w:r>
              <w:rPr>
                <w:sz w:val="15"/>
              </w:rPr>
              <w:t>и вречиприформулированиивывода, объясненииответа,веденииматематическихзаписей.;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впарах/группах.Обнаружениеипроверкаобщегосвойствагруппычисел,поискуникальныхсвойствчислаизгруппычисел.;</w:t>
            </w:r>
          </w:p>
          <w:p w:rsidR="005A1040" w:rsidRDefault="005A1040" w:rsidP="00BF7A86">
            <w:pPr>
              <w:pStyle w:val="TableParagraph"/>
              <w:spacing w:before="1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использованиелатинских букв длязаписисвойстварифметических действий,обозначениягеометрическихфигур;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Игры-соревнования,связанныес анализомматематическоготекста,распределениемчисел (другихобъектов) на группы поодному-двумсущественнымоснованиям, представлениемчисла разными способами(в видепредметноймодели, суммыразрядных слагаемых,словеснойилицифровойзаписи),использованиемчисловыхданныхдля построенияутверждения, математическоготекстасчисловымиданными(например,текстаобъяснения)ипроверкиегоистинности.;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741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56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1.4.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Кратноесравнениечисел.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 иписьменная работасчислами:составлениеи чтение,сравнение иупорядочение, представление ввиде суммыразрядныхслагаемыхидополнениедозаданногочисла;выборчисел с заданнымисвойствами(число единицразряда,чётностьит.д.).;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работа:различение,называниеизапись</w:t>
            </w:r>
            <w:r>
              <w:rPr>
                <w:w w:val="95"/>
                <w:sz w:val="15"/>
              </w:rPr>
              <w:t>математическихтерминов,знаков;ихиспользованиенаписьме</w:t>
            </w:r>
            <w:r>
              <w:rPr>
                <w:sz w:val="15"/>
              </w:rPr>
              <w:t>и вречиприформулированиивывода, объясненииответа,веденииматематическихзаписей.;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впарах/группах. Обнаружение ипроверкаобщегосвойствагруппычисел,поискуникальныхсвойствчислаизгруппычисел.;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использованиелатинских букв длязаписисвойстварифметических действий,обозначениягеометрическихфигур;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Игры-соревнования,связанныес анализомматематическоготекста,распределениемчисел (другихобъектов) на группы поодному-двумсущественнымоснованиям, представлениемчисла разными способами(в видепредметноймодели, суммыразрядных слагаемых,словеснойилицифровойзаписи),использованиемчисловыхданныхдля построенияутверждения,математическоготекстасчисловымиданными(например,текстаобъяснения)ипроверкиегоистинности.;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68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3F41E9" w:rsidTr="00BF7A86">
        <w:trPr>
          <w:trHeight w:val="466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Свойствачисел.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3"/>
              <w:rPr>
                <w:sz w:val="15"/>
              </w:rPr>
            </w:pPr>
            <w:r>
              <w:rPr>
                <w:sz w:val="15"/>
              </w:rPr>
              <w:t>Устнаяиписьменнаяработасчислами:составлениеичтение,сравнение иупорядочение, представление ввиде суммыразрядныхслагаемыхидополнениедозаданногочисла;выборчисел сзаданнымисвойствами(число единицразряда,чётностьит.д.).;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работа:различение,называниеизапись</w:t>
            </w:r>
            <w:r>
              <w:rPr>
                <w:w w:val="95"/>
                <w:sz w:val="15"/>
              </w:rPr>
              <w:t>математическихтерминов,знаков;ихиспользованиенаписьме</w:t>
            </w:r>
            <w:r>
              <w:rPr>
                <w:sz w:val="15"/>
              </w:rPr>
              <w:t>и вречиприформулированиивывода, объясненииответа,веденииматематическихзаписей.;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впарах/группах. Обнаружение ипроверкаобщегосвойствагруппычисел,поискуникальныхсвойствчислаизгруппычисел.;</w:t>
            </w:r>
          </w:p>
          <w:p w:rsidR="005A1040" w:rsidRDefault="005A1040" w:rsidP="00BF7A86">
            <w:pPr>
              <w:pStyle w:val="TableParagraph"/>
              <w:spacing w:before="1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использованиелатинских букв длязаписисвойстварифметических действий,обозначениягеометрическихфигур;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Игры-соревнования,связанныес анализомматематическоготекста,распределениемчисел (другихобъектов) на группы поодному-двумсущественнымоснованиям, представлениемчисла разными способами(в видепредметноймодели, суммыразрядных слагаемых,словеснойилицифровойзаписи),использованиемчисловыхданныхдля построенияутверждения,математическоготекстасчисловымиданными(например,текстаобъяснения)ипроверкиегоистинности.;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6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7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Раздел2.</w:t>
            </w:r>
            <w:r>
              <w:rPr>
                <w:b/>
                <w:sz w:val="15"/>
              </w:rPr>
              <w:t>Величины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2.1.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357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Масса (единица массы — грамм); соотношение междукилограммомиграммом;отношение«тяжелее/легчена/в».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единицизмерениявеличиныкдругим.Установлениеотношения (больше,меньше,равно)междузначениямивеличины,представленными вразных 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7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3F41E9" w:rsidTr="00BF7A86">
        <w:trPr>
          <w:trHeight w:val="418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Стоимость (единицы—рубль,копейка); установлениеотношения«дороже/дешевлена/в».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(больше,меньше,равно)междузначениямивеличины,представленными вразных 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 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73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4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75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2.3.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sz w:val="15"/>
              </w:rPr>
            </w:pPr>
            <w:r>
              <w:rPr>
                <w:b/>
                <w:sz w:val="15"/>
              </w:rPr>
              <w:t>Соотношение «цена,количество, стоимость»впрактическойситуации</w:t>
            </w:r>
            <w:r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(больше,меньше,равно)междузначениямивеличины,представленнымивразныхединицах.Применениесоотношениймежду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76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3F41E9" w:rsidTr="00BF7A86">
        <w:trPr>
          <w:trHeight w:val="428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Время(единица времени—секунда);установлениеотношения«быстрее/медленнеена/в».Соотношение</w:t>
            </w:r>
          </w:p>
          <w:p w:rsidR="005A1040" w:rsidRDefault="005A1040" w:rsidP="00BF7A86">
            <w:pPr>
              <w:pStyle w:val="TableParagraph"/>
              <w:spacing w:before="8"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«начало,окончание, продолжительностьсобытия»впрактическойситуации.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 величины,представленными вразных 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77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8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79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2.5.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Длина (единица длины—миллиметр,километр);соотношениемеждувеличинамивпределахтысячи.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 междузначениямивеличины,представленными вразных 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80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81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82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  <w:tr w:rsidR="005A1040" w:rsidRPr="009C1BD2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Площадь(единицыплощади—квадратныйметр,квадратныйсантиметр,квадратныйдециметр).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(больше,меньше,равно)междузначениямивеличины,представленными вразныхединицах.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83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2.7.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Расчётвремени.Соотношение«начало,окончание,продолжительностьсобытия»впрактическойситуации.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(больше,меньше,равно)междузначениямивеличины,представленными вразных единицах.Применениесоотношениймежду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84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3F41E9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2.8.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Соотношение «больше/меньше на/в»в ситуациисравненияпредметовиобъектовнаосновеизмерениявеличин.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Учебныйдиалог:обсуждениепрактических ситуаций.Ситуациинеобходимого перехода отодних единицизмерениявеличины к другим.Установлениеотношения (больше,меньше,равно)междузначениямивеличины,представленными вразных единицах. Применениесоотношениймежду величинамивситуацияхкупли-продажи,движения,работы.Прикидказначения величинынаглаз,проверкаизмерением,расчётами.;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Моделирование:использованиепредметноймоделидляиллюстрациизависимостимеждувеличинами(больше/меньше),ходавыполнения арифметических действий свеличинами(сложение,вычитание,увеличение/уменьшениевнесколькораз) вслучаях, сводимыхкустным вычислениям.;Комментирование.Представлениезначения величинывзаданных единицах,комментированиепереходаотоднихединицкдругим(однородным).;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исследовательскойработы:определять спомощьюцифровыхианалоговыхприборов, измерительныхинструментовдлину,массу,время; выполнять прикидку иоценкурезультата измерений;определятьпродолжительностьсобытия.;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8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86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87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1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Раздел3.</w:t>
            </w:r>
            <w:r>
              <w:rPr>
                <w:b/>
                <w:sz w:val="15"/>
              </w:rPr>
              <w:t>Арифметическиедействия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4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Устныевычисления,сводимыек действиям впределах100(табличноеивнетабличноеумножение, деление,действияскруглымичислами).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88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89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pPr>
              <w:tabs>
                <w:tab w:val="left" w:pos="250"/>
              </w:tabs>
            </w:pPr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90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6769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332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 сложение,вычитаниечисел в пределах1000.Действиясчислами0и1.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91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Взаимосвязьумноженияиделения.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9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93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94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Письменноеумножениевстолбик,письменное делениеуголком.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9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72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Письменноеумножение,делениенаоднозначноечисловпределах1000.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96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97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198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7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Проверкарезультатавычисления (прикидка илиоценкарезультата,обратноедействие,применениеалгоритма,использованиекалькулятора).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 нахождениянеизвестногокомпонентаарифметическогодействия.;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19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pPr>
              <w:tabs>
                <w:tab w:val="left" w:pos="225"/>
              </w:tabs>
            </w:pPr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0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3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Переместительное,сочетательноесвойствасложения,умноженияпривычислениях.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0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3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04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673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3.8.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Нахождениенеизвестногокомпонентаарифметическогодействия.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0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3.9.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Порядокдействийвчисловомвыражении,значениечисловоговыражения,содержащего несколькодействий(соскобками/без скобок),свычислениямивпределах1000.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06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7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08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3.10.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Однородныевеличины:сложениеивычитание.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7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0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1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0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3.11.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Равенствоснеизвестнымчислом,записаннымбуквой.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1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3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14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0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3.12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Умножениеиделениекруглогочисланаоднозначноечисло.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вслучаях,сводимыхк 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 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  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3F41E9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3F41E9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</w:t>
            </w:r>
            <w:hyperlink r:id="rId216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17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  <w:r w:rsidRPr="00DF671A">
              <w:rPr>
                <w:sz w:val="15"/>
                <w:lang w:val="en-US"/>
              </w:rPr>
              <w:t>llection</w:t>
            </w:r>
            <w:r w:rsidRPr="003F41E9">
              <w:rPr>
                <w:sz w:val="15"/>
              </w:rPr>
              <w:t>.</w:t>
            </w:r>
            <w:r w:rsidRPr="00DF671A">
              <w:rPr>
                <w:sz w:val="15"/>
                <w:lang w:val="en-US"/>
              </w:rPr>
              <w:t>edu</w:t>
            </w:r>
            <w:r w:rsidRPr="003F41E9">
              <w:rPr>
                <w:sz w:val="15"/>
              </w:rPr>
              <w:t>.</w:t>
            </w:r>
            <w:r w:rsidRPr="00DF671A">
              <w:rPr>
                <w:sz w:val="15"/>
                <w:lang w:val="en-US"/>
              </w:rPr>
              <w:t>ru</w:t>
            </w:r>
            <w:r w:rsidRPr="003F41E9">
              <w:rPr>
                <w:sz w:val="15"/>
              </w:rPr>
              <w:t>/</w:t>
            </w:r>
            <w:r w:rsidRPr="00DF671A">
              <w:rPr>
                <w:sz w:val="15"/>
                <w:lang w:val="en-US"/>
              </w:rPr>
              <w:t>catalog</w:t>
            </w:r>
            <w:r w:rsidRPr="003F41E9">
              <w:rPr>
                <w:sz w:val="15"/>
              </w:rPr>
              <w:t>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3.13.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115"/>
              <w:rPr>
                <w:sz w:val="15"/>
              </w:rPr>
            </w:pPr>
            <w:r>
              <w:rPr>
                <w:b/>
                <w:sz w:val="15"/>
              </w:rPr>
              <w:t>Умножениесуммына число.Деление трёхзначногочисланаоднозначноеуголком.Делениесуммыначисло</w:t>
            </w:r>
            <w:r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Упражнения:устные иписьменныеприёмывычислений.;Устное вычисление вслучаях, сводимыхкдействиям впределах100(действиясдесятками,сотнями,умножениеиделениена1,10,100).Действиясчислами0и1.;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Прикидкарезультата выполнениядействия;Комментированиеходавычисленийсиспользованиемматематическойтерминологии.;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Применениеправилпорядкавыполнениядействийвпредложенной ситуациииприконструированиечисловоговыражения с заданным порядкомвыполнения действий.Сравнениечисловыхвыраженийбезвычислений.;Упражнениенасамоконтроль:обсуждениевозможныхошибокв вычислениях по алгоритму, принахождениизначениячисловоговыражения.Оценкарациональностивычисления.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Проверкахода ирезультата выполнения действия;Дифференцированноезадание:приведениепримеров,иллюстрирующихсмыслделениясостатком,интерпретациюрезультатаделениявпрактической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:составлениеипроверкаправильностиматематическихутвержденийотносительнонабораматематическихобъектов(чисел,величин,числовыхвыражений,геометрических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ходевыполнения действий одной ступени (сложения-вычитания,умножения-деления).;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использованиепредметныхмоделейдляобъясненияспособа(приёма)нахождения неизвестногокомпонентаарифметическогодействия.;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Упражнения:алгоритмысложенияи вычитаниятрёхзначныхчисел, деления с остатком,установления порядкадействийпринахождениизначениячисловоговыражения.;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впарах/группах.Составлениеинструкцииумножения/делениянакруглоечисло,делениячиселподбором.;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18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6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spacing w:before="66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Раздел4.</w:t>
            </w:r>
            <w:r>
              <w:rPr>
                <w:b/>
                <w:sz w:val="15"/>
              </w:rPr>
              <w:t>Текстовыезадачи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9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4.1.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Работастекстовойзадачей:анализданныхиотношений,представлениенамодели,планированиеходарешениязадач,решениеарифметическимспособом.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Моделирование:составлениеииспользование модели(рисунок,схема,таблица,диаграмма,краткаязапись)наразныхэтапахрешениязадачи.;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диалог:нахождениеоднойиз трёх взаимосвязанныхвеличин прирешениизадач(«надвижение», «наработу» ипр.).;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 Решениезадачскосвеннойформулировкойусловия,задачнаделениесостатком,задач,иллюстрирующихсмыслумножения суммы на число;оформлениеразныхспособоврешениязадачи(например,приведениек единице,кратноесравнение);поисквсехрешений.;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rPr>
                <w:sz w:val="15"/>
              </w:rPr>
            </w:pPr>
            <w:r>
              <w:rPr>
                <w:sz w:val="15"/>
              </w:rPr>
              <w:t>Комментирование.Описаниехода рассуждения длярешениязадачи:по вопросам, скомментированием,составлениемвыражения.;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95"/>
                <w:sz w:val="15"/>
              </w:rPr>
              <w:t>Упражненияна  контрольисамоконтроль  прирешениизадач.</w:t>
            </w:r>
          </w:p>
          <w:p w:rsidR="005A1040" w:rsidRDefault="005A1040" w:rsidP="00BF7A86">
            <w:pPr>
              <w:pStyle w:val="TableParagraph"/>
              <w:spacing w:before="19" w:line="261" w:lineRule="auto"/>
              <w:rPr>
                <w:sz w:val="15"/>
              </w:rPr>
            </w:pPr>
            <w:r>
              <w:rPr>
                <w:sz w:val="15"/>
              </w:rPr>
              <w:t>Анализобразцовзаписирешениязадачиподействиямиспомощьючисловоговыражения.;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восстановлениеходарешениязадачипочисловомувыражениюилидругойзаписиеёрешения.Сравнениезадач.Формулированиеполногоикраткогоответакзадаче,анализ возможностидругогоответаилидругогоспособаегополучения.;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Практическаяработа:нахождениедоливеличины.Сравнениедолейоднойвеличины;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1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3F41E9" w:rsidTr="00BF7A86">
        <w:trPr>
          <w:trHeight w:val="4954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Задачи напониманиесмыслаарифметическихдействий(втомчиследелениясостатком),отношений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(больше/меньшена/в),зависимостей(купля-продажа,расчётвремени,количества),на сравнение(разностное,кратное).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Моделирование:составлениеииспользование модели(рисунок,схема,таблица,диаграмма,краткаязапись)наразныхэтапахрешениязадачи.;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диалог:нахождениеоднойиз трёх взаимосвязанныхвеличин прирешениизадач(«надвижение», «наработу» ипр.).;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 Решениезадачскосвеннойформулировкойусловия,задачнаделениесостатком,задач,иллюстрирующихсмыслумножения суммы на число;оформлениеразныхспособоврешениязадачи(например,приведениек единице,кратноесравнение);поисквсехрешений.;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rPr>
                <w:sz w:val="15"/>
              </w:rPr>
            </w:pPr>
            <w:r>
              <w:rPr>
                <w:sz w:val="15"/>
              </w:rPr>
              <w:t>Комментирование.Описаниехода рассуждения длярешениязадачи:по вопросам, скомментированием,составлениемвыражения.;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Упражнениянаконтрольисамоконтрольприрешениизадач.</w:t>
            </w:r>
            <w:r>
              <w:rPr>
                <w:sz w:val="15"/>
              </w:rPr>
              <w:t>Анализ образцовзаписирешениязадачиподействиямиспомощьючисловоговыражения.;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восстановлениеходарешениязадачипочисловомувыражениюилидругойзаписиеёрешения.Сравнениезадач.Формулированиеполногоикраткогоответакзадаче,анализ возможностидругогоответаилидругогоспособаегополучения.;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Практическаяработа:нахождениедоливеличины.Сравнениедолейоднойвеличины;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0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21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22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9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4.3.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511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Запись решения задачи по действиям и с помощьючислового выражения. Проверка решения и оценкаполученногорезультата.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Моделирование:составлениеииспользование модели(рисунок,схема,таблица,диаграмма,краткаязапись)наразныхэтапахрешениязадачи.;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диалог:нахождениеоднойиз трёх взаимосвязанныхвеличин прирешениизадач(«надвижение», «наработу» ипр.).;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 Решениезадачскосвеннойформулировкойусловия,задачнаделениесостатком,задач,иллюстрирующихсмыслумножения суммы на число;оформлениеразныхспособоврешениязадачи(например,приведениек единице,кратноесравнение);поисквсехрешений.;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rPr>
                <w:sz w:val="15"/>
              </w:rPr>
            </w:pPr>
            <w:r>
              <w:rPr>
                <w:sz w:val="15"/>
              </w:rPr>
              <w:t>Комментирование.Описаниехода рассуждения длярешениязадачи:по вопросам, скомментированием,составлениемвыражения.;</w:t>
            </w:r>
          </w:p>
          <w:p w:rsidR="005A1040" w:rsidRDefault="005A1040" w:rsidP="00BF7A86">
            <w:pPr>
              <w:pStyle w:val="TableParagraph"/>
              <w:spacing w:before="2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Упражнениянаконтрольисамоконтрольприрешениизадач.</w:t>
            </w:r>
            <w:r>
              <w:rPr>
                <w:sz w:val="15"/>
              </w:rPr>
              <w:t>Анализ образцовзаписирешениязадачиподействиямиспомощьючисловоговыражения.;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восстановлениеходарешениязадачипочисловомувыражениюилидругойзаписиеёрешения.Сравнениезадач.Формулированиеполногоикраткогоответакзадаче,анализ возможностидругогоответаилидругогоспособаегополучения.;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Практическаяработа:нахождениедоливеличины.Сравнениедолейоднойвеличины;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3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9C1BD2" w:rsidTr="00BF7A86">
        <w:trPr>
          <w:trHeight w:val="505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Долявеличины:половина,четверть впрактическойситуации;сравнениедолейоднойвеличины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Моделирование:составлениеииспользование модели(рисунок,схема,таблица,диаграмма,краткаязапись)наразныхэтапахрешениязадачи.;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диалог:нахождениеоднойиз трёх взаимосвязанныхвеличин прирешениизадач(«надвижение», «наработу» ипр.).;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впарах/группах. Решениезадачскосвеннойформулировкойусловия,задачнаделениесостатком,задач,иллюстрирующихсмыслумножения суммы на число;оформлениеразныхспособоврешениязадачи(например,приведениек единице,кратноесравнение);поисквсехрешений.;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rPr>
                <w:sz w:val="15"/>
              </w:rPr>
            </w:pPr>
            <w:r>
              <w:rPr>
                <w:sz w:val="15"/>
              </w:rPr>
              <w:t>Комментирование.Описаниехода рассуждения длярешениязадачи:по вопросам, скомментированием,составлениемвыражения.;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Упражнениянаконтрольисамоконтрольприрешениизадач.</w:t>
            </w:r>
            <w:r>
              <w:rPr>
                <w:sz w:val="15"/>
              </w:rPr>
              <w:t>Анализ образцовзаписирешениязадачиподействиямиспомощьючисловоговыражения.;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восстановлениеходарешениязадачипочисловомувыражениюилидругойзаписиеёрешения.Сравнениезадач.Формулированиеполногоикраткогоответакзадаче,анализ возможностидругогоответаилидругогоспособаегополучения.;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Практическаяработа:нахождениедоливеличины.Сравнениедолейоднойвеличины;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4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Раздел5.</w:t>
            </w:r>
            <w:r>
              <w:rPr>
                <w:b/>
                <w:sz w:val="15"/>
              </w:rPr>
              <w:t>Пространственныеотношенияигеометрическиефигуры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5.1.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Конструированиегеометрическихфигур(разбиениефигурыначасти,составлениефигурыизчастей).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Исследованиеобъектовокружающегомира:сопоставлениеихсизученнымигеометрическимиформами.;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Комментированиеходаирезультатапоискаинформацииоплощадииспособах еёнахождения.Формулированиеипроверка истинностиутвержденийо значенияхгеометрическихвеличин.;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Упражнение:графическиеиизмерительные действия припостроениипрямоугольников,квадратовсзаданнымисвойствами(длинастороны,значениепериметра,площади);определениеразмеровпредметовна глаз споследующейпроверкой—измерением.;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исследовательскойработы:сравнениефигурпоплощади,периметру,сравнениеоднородныхвеличин.;Нахождениеплощадипрямоугольника,квадрата,составлениечисловогоравенствапривычисленииплощадипрямоугольника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избумагигеометрическойфигурысзаданнойдлинойстороны(значениемпериметра,площади).Мысленноепредставлениеиэкспериментальная проверкавозможностиконструированиязаданной геометрическойфигуры.;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Учебныйдиалог:соотношениемеждуединицами площади,последовательность действий при переходеотоднойединицыплощадикдругой;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5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9C1BD2" w:rsidTr="00BF7A86">
        <w:trPr>
          <w:trHeight w:val="476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Периметрмногоугольника:измерение,вычисление,записьравенства.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Исследованиеобъектовокружающегомира:сопоставлениеихсизученнымигеометрическимиформами.;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Комментированиеходаирезультатапоискаинформацииоплощадииспособах еёнахождения.Формулированиеипроверка истинностиутвержденийо значенияхгеометрическихвеличин.;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Упражнение:графическиеиизмерительные действия припостроениипрямоугольников,квадратовсзаданнымисвойствами(длинастороны,значениепериметра,площади);определениеразмеровпредметовна глаз споследующейпроверкой—измерением.;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исследовательскойработы:сравнениефигурпоплощади,периметру,сравнениеоднородныхвеличин.;Нахождениеплощадипрямоугольника,квадрата,составлениечисловогоравенствапривычисленииплощадипрямоугольника(квадра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бумагигеометрическойфигурысзаданнойдлинойстороны(значениемпериметра,площади).Мысленноепредставлениеиэкспериментальная проверкавозможностиконструированиязаданной геометрическойфигуры.;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rPr>
                <w:sz w:val="15"/>
              </w:rPr>
            </w:pPr>
            <w:r>
              <w:rPr>
                <w:sz w:val="15"/>
              </w:rPr>
              <w:t>Учебныйдиалог:соотношениемеждуединицами площади,последовательность действий при переходеотоднойединицыплощадикдругой;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6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5.3.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Измерениеплощади,записьрезультатаизмерениявквадратныхсантиметрах.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Исследованиеобъектовокружающегомира:сопоставлениеихсизученнымигеометрическимиформами.;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Комментированиеходаирезультатапоискаинформацииоплощадииспособах еёнахождения.Формулированиеипроверка истинностиутвержденийо значенияхгеометрическихвеличин.;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Упражнение:графическиеиизмерительные действия припостроениипрямоугольников,квадратовсзаданнымисвойствами(длинастороны,значениепериметра,площади);определениеразмеровпредметовна глаз споследующейпроверкой—измерением.;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исследовательскойработы:сравнениефигурпоплощади,периметру,сравнениеоднородныхвеличин.;Нахождениеплощадипрямоугольника,квадрата,составлениечисловогоравенствапри вычисленииплощадипрямоугольника(квадрата).;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бумагигеометрическойфигурысзаданнойдлинойстороны(значениемпериметра,площади).Мысленноепредставлениеиэкспериментальная проверкавозможностиконструированиязаданной геометрическойфигуры.;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Учебныйдиалог:соотношениемеждуединицами площади,последовательность действий при переходеотоднойединицыплощадикдругой;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7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9C1BD2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Вычислениеплощадипрямоугольника(квадрата)сзаданнымисторонами,записьравенства.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Исследованиеобъектовокружающегомира:сопоставлениеихсизученнымигеометрическимиформами.;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Комментированиеходаирезультатапоискаинформацииоплощадииспособах еёнахождения.Формулированиеипроверка истинностиутвержденийо значенияхгеометрическихвеличин.;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Упражнение:графическиеиизмерительные действия припостроениипрямоугольников,квадратовсзаданнымисвойствами(длина стороны,значениепериметра, площади);определениеразмеровпредметовна глаз споследующейпроверкой—измерением.;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исследовательскойработы:сравнениефигурпоплощади,периметру,сравнениеоднородныхвеличин.;Нахождениеплощадипрямоугольника,квадрата,составлениечисловогоравенствапривычисленииплощадипрямоугольника(квадра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бумагигеометрическойфигурысзаданнойдлинойстороны(значениемпериметра,площади).Мысленноепредставлениеиэкспериментальная проверкавозможностиконструированиязаданной геометрическойфигуры.;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rPr>
                <w:sz w:val="15"/>
              </w:rPr>
            </w:pPr>
            <w:r>
              <w:rPr>
                <w:sz w:val="15"/>
              </w:rPr>
              <w:t>Учебныйдиалог:соотношениемеждуединицами площади,последовательность действий при переходеотоднойединицыплощадикдругой;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8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5.5.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418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Изображение на клетчатой бумаге прямоугольника сзаданным значением площади.Сравнение площадейфигурспомощьюналожения.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Исследованиеобъектовокружающегомира:сопоставлениеихсизученнымигеометрическимиформами.;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Комментированиеходаирезультатапоискаинформацииоплощадииспособах еёнахождения.Формулированиеипроверка истинностиутвержденийо значенияхгеометрическихвеличин.;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Упражнение:графическиеиизмерительныедействия припостроениипрямоугольников,квадратовсзаданнымисвойствами(длинастороны,значениепериметра,площади);определениеразмеровпредметовна глаз споследующейпроверкой—измерением.;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исследовательскойработы:сравнениефигурпоплощади,периметру,сравнениеоднородныхвеличин.;Нахождениеплощадипрямоугольника,квадрата,составлениечисловогоравенствапривычисленииплощадипрямоугольника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бумагигеометрическойфигурысзаданнойдлинойстороны(значениемпериметра,площади).Мысленноепредставлениеиэкспериментальная проверкавозможностиконструированиязаданной геометрическойфигуры.;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Учебныйдиалог:соотношениемеждуединицами площади,последовательность действий при переходеотоднойединицыплощадикдругой;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2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3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3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Раздел6.</w:t>
            </w:r>
            <w:r>
              <w:rPr>
                <w:b/>
                <w:sz w:val="15"/>
              </w:rPr>
              <w:t>Математическаяинформация</w:t>
            </w:r>
          </w:p>
        </w:tc>
      </w:tr>
      <w:tr w:rsidR="005A1040" w:rsidRPr="009C1BD2" w:rsidTr="00BF7A86">
        <w:trPr>
          <w:trHeight w:val="90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Классификацияобъектовподвумпризнакам.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3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RPr="009C1BD2" w:rsidTr="00BF7A86">
        <w:trPr>
          <w:trHeight w:val="91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72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Верные(истинные) и неверные(ложные)утверждения:конструирование, проверка. Логическиерассуждения сосвязками«если…,то…»,«поэтому»,«значит».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6" w:lineRule="auto"/>
              <w:ind w:left="101"/>
              <w:rPr>
                <w:sz w:val="15"/>
              </w:rPr>
            </w:pPr>
            <w:hyperlink r:id="rId233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71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 с информацией:извлечение ииспользованиедлявыполнениязаданийинформации,представленнойвтаблицахс даннымиореальныхпроцессахи явленияхокружающегомира(например,расписаниеуроков,движенияавтобусов,поездов); внесениеданныхвтаблицу;дополнениечертежаданными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319"/>
              <w:jc w:val="both"/>
              <w:rPr>
                <w:sz w:val="15"/>
              </w:rPr>
            </w:pPr>
            <w:r>
              <w:rPr>
                <w:sz w:val="15"/>
              </w:rPr>
              <w:t>Оформление математической записи. Дифференцированноезадание: составление утверждения на основе информации,представленной в текстовой форме, использование 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 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 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34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3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3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7057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Таблицысложенияиумножения:заполнениенаосноверезультатовсчёта.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Оформлениематематическойзаписи.Дифференцированноезадание: составлениеутверждениянаосновеинформации,представленнойв текстовойформе, использованиесвязок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 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 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37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716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332"/>
              <w:rPr>
                <w:b/>
                <w:sz w:val="15"/>
              </w:rPr>
            </w:pPr>
            <w:r>
              <w:rPr>
                <w:b/>
                <w:sz w:val="15"/>
              </w:rPr>
              <w:t>Формализованноеописаниепоследовательностидействий(инструкция,план,схема,алгоритм).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Оформлениематематическойзаписи.Дифференцированноезадание: составлениеутверждениянаосновеинформации,представленнойв текстовойформе, использованиесвязок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 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 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38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7144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Алгоритмы(правила) устныхи письменныхвычислений(сложение,вычитание,умножение,деление),порядкадействийвчисловом выражении,нахожденияпериметраиплощади,построениягеометрическихфигур.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319"/>
              <w:jc w:val="both"/>
              <w:rPr>
                <w:sz w:val="15"/>
              </w:rPr>
            </w:pPr>
            <w:r>
              <w:rPr>
                <w:sz w:val="15"/>
              </w:rPr>
              <w:t>Оформление математической записи. Дифференцированноезадание: составление утверждения на основе информации,представленной в текстовой форме, использование 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 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 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 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39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  <w:p w:rsidR="005A1040" w:rsidRPr="00DF403D" w:rsidRDefault="005A1040" w:rsidP="00BF7A86"/>
          <w:p w:rsidR="005A1040" w:rsidRPr="00DF403D" w:rsidRDefault="005A1040" w:rsidP="00BF7A86"/>
          <w:p w:rsidR="005A1040" w:rsidRPr="003F41E9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Электронноеприложениекучебнику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>
              <w:rPr>
                <w:sz w:val="15"/>
              </w:rPr>
              <w:t>3</w:t>
            </w:r>
            <w:r w:rsidRPr="003F41E9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4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7129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Столбчатаядиаграмма:чтение, использованиеданныхдлярешенияучебныхипрактическихзадач.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Оформлениематематическойзаписи.Дифференцированноезадание: составлениеутверждениянаосновеинформации,представленнойв текстовойформе, использованиесвязок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 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 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42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</w:tbl>
    <w:p w:rsidR="005A1040" w:rsidRPr="00DF403D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DF403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9C1BD2" w:rsidTr="00BF7A86">
        <w:trPr>
          <w:trHeight w:val="7057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lastRenderedPageBreak/>
              <w:t>6.8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Алгоритмы изученияматериала, выполнениязаданийнадоступныхэлектронныхсредствахобучения.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вгруппах:подготовка суждения о взаимосвязиизучаемыхматематическихпонятийифактовокружающейдействительности.Примеры ситуаций,которыецелесообразноформулировать наязыкематематики,объяснять идоказыватьматематическимисредствами.;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Оформлениематематическойзаписи.Дифференцированноезадание: составлениеутверждениянаосновеинформации,представленнойв текстовойформе, использованиесвязок «если…,то…»,«поэтому»,«значит».;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Оформлениерезультата вычисления по алгоритму.;Использованиематематической терминологиидляописаниясюжетнойситуации,отношенийизависимостей.;Практическиеработыпоустановлениюпоследовательностисобытий, действий, сюжета, выборуипроверке способадействия в предложеннойситуациидляразрешения проблемы(илиответанавопрос).;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ипредставление в тексте или графически всех найденныхрешений.;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Работас алгоритмами: воспроизведение,восстановление,использованиевобщихичастныхслучаяхалгоритмовустных</w:t>
            </w:r>
            <w:r>
              <w:rPr>
                <w:w w:val="95"/>
                <w:sz w:val="15"/>
              </w:rPr>
              <w:t>иписьменныхвычислений(сложение,вычитание,умножение,</w:t>
            </w:r>
            <w:r>
              <w:rPr>
                <w:sz w:val="15"/>
              </w:rPr>
              <w:t>деление), порядка действийвчисловомвыражении,нахожденияпериметраиплощадипрямоугольника.;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Работасинформацией:чтение,сравнение,интерпретация,</w:t>
            </w:r>
            <w:r>
              <w:rPr>
                <w:sz w:val="15"/>
              </w:rPr>
              <w:t>использованиеврешенииданных,представленныхвтабличнойформе(надиаграмме).;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впарах/группах. Работапозаданномуалгоритму.Установление соответствия междуразнымиспособамипредставления информации(иллюстрация,текст,таблица).Дополнение таблицсложения,умножения. Решениепростейшихкомбинаторныхилогическихзадач.;Учебныйдиалог:символы,знаки,пиктограммы;ихиспользованиевповседневнойжизниивматематике.;Составление правил работыс известнымиэлектроннымисредствамиобучения(ЭФУ,тренажёрыидр.);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Устныйопрос;Письменныйконтроль;</w:t>
            </w:r>
          </w:p>
        </w:tc>
        <w:tc>
          <w:tcPr>
            <w:tcW w:w="1741" w:type="dxa"/>
          </w:tcPr>
          <w:p w:rsidR="005A1040" w:rsidRPr="00DF403D" w:rsidRDefault="00683B4D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hyperlink r:id="rId243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DF403D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DF403D">
                <w:rPr>
                  <w:sz w:val="15"/>
                </w:rPr>
                <w:t>-</w:t>
              </w:r>
            </w:hyperlink>
            <w:r w:rsidR="005A1040" w:rsidRPr="00DF671A">
              <w:rPr>
                <w:sz w:val="15"/>
                <w:lang w:val="en-US"/>
              </w:rPr>
              <w:t>collection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edu</w:t>
            </w:r>
            <w:r w:rsidR="005A1040" w:rsidRPr="00DF403D">
              <w:rPr>
                <w:sz w:val="15"/>
              </w:rPr>
              <w:t>.</w:t>
            </w:r>
            <w:r w:rsidR="005A1040" w:rsidRPr="00DF671A">
              <w:rPr>
                <w:sz w:val="15"/>
                <w:lang w:val="en-US"/>
              </w:rPr>
              <w:t>ru</w:t>
            </w:r>
            <w:r w:rsidR="005A1040" w:rsidRPr="00DF403D">
              <w:rPr>
                <w:sz w:val="15"/>
              </w:rPr>
              <w:t>/</w:t>
            </w:r>
            <w:r w:rsidR="005A1040" w:rsidRPr="00DF671A">
              <w:rPr>
                <w:sz w:val="15"/>
                <w:lang w:val="en-US"/>
              </w:rPr>
              <w:t>catalog</w:t>
            </w:r>
            <w:r w:rsidR="005A1040" w:rsidRPr="00DF403D">
              <w:rPr>
                <w:sz w:val="15"/>
              </w:rPr>
              <w:t>/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Итогопоразделу: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Резервноевремя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ОБЩЕЕКОЛИЧЕСТВОЧАСОВПОПРОГРАММЕ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11</w:t>
            </w:r>
          </w:p>
        </w:tc>
        <w:tc>
          <w:tcPr>
            <w:tcW w:w="7968" w:type="dxa"/>
            <w:gridSpan w:val="4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5A1040" w:rsidRPr="005A1040" w:rsidRDefault="00683B4D" w:rsidP="005A1040">
      <w:pPr>
        <w:pStyle w:val="a7"/>
        <w:spacing w:before="80"/>
        <w:ind w:left="610"/>
        <w:rPr>
          <w:b/>
          <w:sz w:val="19"/>
        </w:rPr>
      </w:pPr>
      <w:r w:rsidRPr="00683B4D">
        <w:rPr>
          <w:noProof/>
          <w:lang w:eastAsia="ru-RU"/>
        </w:rPr>
        <w:lastRenderedPageBreak/>
        <w:pict>
          <v:rect id="Прямоугольник 4" o:spid="_x0000_s1033" style="position:absolute;left:0;text-align:left;margin-left:33.3pt;margin-top:17.65pt;width:775.65pt;height:.6pt;z-index:-15717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" fillcolor="black" stroked="f">
            <w10:wrap type="topAndBottom" anchorx="page"/>
          </v:rect>
        </w:pict>
      </w:r>
      <w:r w:rsidR="005A1040" w:rsidRPr="005A1040">
        <w:rPr>
          <w:b/>
          <w:sz w:val="19"/>
        </w:rPr>
        <w:t>ТЕМАТИЧЕСКОЕПЛАНИРОВАНИЕ</w:t>
      </w:r>
      <w:r w:rsidR="005A1040">
        <w:rPr>
          <w:b/>
          <w:sz w:val="19"/>
        </w:rPr>
        <w:t xml:space="preserve"> 4 класс</w:t>
      </w:r>
    </w:p>
    <w:p w:rsidR="005A1040" w:rsidRDefault="005A1040" w:rsidP="005A1040">
      <w:pPr>
        <w:pStyle w:val="a5"/>
        <w:ind w:left="610"/>
        <w:rPr>
          <w:b/>
          <w:sz w:val="20"/>
        </w:rPr>
      </w:pPr>
    </w:p>
    <w:p w:rsidR="005A1040" w:rsidRDefault="005A1040" w:rsidP="005A1040">
      <w:pPr>
        <w:pStyle w:val="a5"/>
        <w:spacing w:before="7" w:after="1"/>
        <w:ind w:left="61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2965"/>
        <w:gridCol w:w="1236"/>
        <w:gridCol w:w="1380"/>
      </w:tblGrid>
      <w:tr w:rsidR="005A1040" w:rsidTr="00BF7A86">
        <w:trPr>
          <w:trHeight w:val="333"/>
        </w:trPr>
        <w:tc>
          <w:tcPr>
            <w:tcW w:w="396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883" w:type="dxa"/>
            <w:vMerge w:val="restart"/>
          </w:tcPr>
          <w:p w:rsidR="005A1040" w:rsidRDefault="005A1040" w:rsidP="00BF7A8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Наименованиеразделовитемпрограммы</w:t>
            </w:r>
          </w:p>
        </w:tc>
        <w:tc>
          <w:tcPr>
            <w:tcW w:w="2772" w:type="dxa"/>
            <w:gridSpan w:val="3"/>
          </w:tcPr>
          <w:p w:rsidR="005A1040" w:rsidRDefault="005A1040" w:rsidP="00BF7A8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2965" w:type="dxa"/>
            <w:vMerge w:val="restart"/>
          </w:tcPr>
          <w:p w:rsidR="005A1040" w:rsidRDefault="005A1040" w:rsidP="00BF7A8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Видыдеятельности</w:t>
            </w:r>
          </w:p>
        </w:tc>
        <w:tc>
          <w:tcPr>
            <w:tcW w:w="1236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Электронные(цифровые)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5A1040" w:rsidTr="00BF7A86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74" w:line="266" w:lineRule="auto"/>
              <w:ind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2965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Числавпределахмиллиона:</w:t>
            </w:r>
            <w:r>
              <w:rPr>
                <w:b/>
                <w:w w:val="105"/>
                <w:sz w:val="15"/>
              </w:rPr>
              <w:t>чтение,запись,поразрядноесравнение,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965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Упражнения:устнаяи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упорядочение.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w w:val="105"/>
                <w:sz w:val="15"/>
              </w:rPr>
              <w:t>письменнаяработас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числами:</w:t>
            </w:r>
            <w:r>
              <w:rPr>
                <w:w w:val="105"/>
                <w:sz w:val="15"/>
              </w:rPr>
              <w:t>запись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многозначного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w w:val="105"/>
                <w:sz w:val="15"/>
              </w:rPr>
              <w:t>егопредставлениев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видесуммыразрядныхслагаемых;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классыи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разряды;выборчисел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сзаданными;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свойствами</w:t>
            </w:r>
            <w:r>
              <w:rPr>
                <w:w w:val="105"/>
                <w:sz w:val="15"/>
              </w:rPr>
              <w:t>(число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разрядных</w:t>
            </w:r>
            <w:r>
              <w:rPr>
                <w:w w:val="105"/>
                <w:sz w:val="15"/>
              </w:rPr>
              <w:t>единиц;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65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чётностьит.д.);;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Число,большееилименьшееданногочисланазаданноечислоразрядных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965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единиц,взаданноечислораз.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многозначных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характеристика</w:t>
            </w:r>
          </w:p>
          <w:p w:rsidR="005A1040" w:rsidRPr="00074602" w:rsidRDefault="005A1040" w:rsidP="00BF7A86"/>
          <w:p w:rsidR="005A1040" w:rsidRPr="00074602" w:rsidRDefault="005A1040" w:rsidP="00BF7A86"/>
          <w:p w:rsidR="005A1040" w:rsidRPr="00074602" w:rsidRDefault="005A1040" w:rsidP="00BF7A86"/>
          <w:p w:rsidR="005A1040" w:rsidRPr="00074602" w:rsidRDefault="005A1040" w:rsidP="00BF7A86"/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Pr="005D6366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4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45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классовиразрядов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многозначного</w:t>
            </w:r>
            <w:r>
              <w:rPr>
                <w:w w:val="105"/>
                <w:sz w:val="15"/>
              </w:rPr>
              <w:t>числа.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w w:val="105"/>
                <w:sz w:val="15"/>
              </w:rPr>
              <w:t>диалог: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формулированиеи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проверка</w:t>
            </w:r>
            <w:r>
              <w:rPr>
                <w:w w:val="105"/>
                <w:sz w:val="15"/>
              </w:rPr>
              <w:t>истинности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утвержденияочисле.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Записьчисла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8772A5" w:rsidTr="008772A5">
        <w:trPr>
          <w:gridAfter w:val="7"/>
          <w:wAfter w:w="14236" w:type="dxa"/>
          <w:trHeight w:val="192"/>
        </w:trPr>
        <w:tc>
          <w:tcPr>
            <w:tcW w:w="396" w:type="dxa"/>
            <w:tcBorders>
              <w:top w:val="nil"/>
              <w:bottom w:val="single" w:sz="4" w:space="0" w:color="auto"/>
            </w:tcBorders>
          </w:tcPr>
          <w:p w:rsidR="008772A5" w:rsidRDefault="008772A5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617"/>
        <w:gridCol w:w="3212"/>
        <w:gridCol w:w="1236"/>
        <w:gridCol w:w="1380"/>
      </w:tblGrid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Свойствамногозначного</w:t>
            </w:r>
            <w:r>
              <w:rPr>
                <w:b/>
                <w:w w:val="105"/>
                <w:sz w:val="15"/>
              </w:rPr>
              <w:t>числа.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17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</w:p>
        </w:tc>
        <w:tc>
          <w:tcPr>
            <w:tcW w:w="3212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Работавпарах/группах.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55" w:right="45"/>
              <w:rPr>
                <w:sz w:val="15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многозначных</w:t>
            </w:r>
            <w:r>
              <w:rPr>
                <w:w w:val="105"/>
                <w:sz w:val="15"/>
              </w:rPr>
              <w:t>чисел.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Классификация</w:t>
            </w:r>
            <w:r>
              <w:rPr>
                <w:w w:val="105"/>
                <w:sz w:val="15"/>
              </w:rPr>
              <w:t>чисел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поодному-двум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основаниям.</w:t>
            </w:r>
            <w:r>
              <w:rPr>
                <w:w w:val="105"/>
                <w:sz w:val="15"/>
              </w:rPr>
              <w:t>Запись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общего</w:t>
            </w:r>
            <w:r>
              <w:rPr>
                <w:w w:val="105"/>
                <w:sz w:val="15"/>
              </w:rPr>
              <w:t>свойства</w:t>
            </w:r>
          </w:p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Pr="005D6366" w:rsidRDefault="00683B4D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6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47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группычисел.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</w:t>
            </w:r>
            <w:r>
              <w:rPr>
                <w:w w:val="105"/>
                <w:sz w:val="15"/>
              </w:rPr>
              <w:t>работы: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покоторомусоставлен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рядчисел;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продолжение</w:t>
            </w:r>
            <w:r>
              <w:rPr>
                <w:w w:val="105"/>
                <w:sz w:val="15"/>
              </w:rPr>
              <w:t>ряда;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заполнение</w:t>
            </w:r>
            <w:r>
              <w:rPr>
                <w:w w:val="105"/>
                <w:sz w:val="15"/>
              </w:rPr>
              <w:t>пропусков;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врядучисел;описание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положениячислав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рядучисел.;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Дополнениечисладозаданногокруглогочисла.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right="45"/>
              <w:rPr>
                <w:sz w:val="15"/>
              </w:rPr>
            </w:pPr>
          </w:p>
        </w:tc>
        <w:tc>
          <w:tcPr>
            <w:tcW w:w="3212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Контрольная работа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right="45"/>
              <w:jc w:val="center"/>
              <w:rPr>
                <w:sz w:val="15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w w:val="105"/>
                <w:sz w:val="15"/>
              </w:rPr>
              <w:t>правила;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покоторомусоставлен;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продолжение</w:t>
            </w:r>
            <w:r>
              <w:rPr>
                <w:w w:val="105"/>
                <w:sz w:val="15"/>
              </w:rPr>
              <w:t>ряда;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заполнение</w:t>
            </w:r>
            <w:r>
              <w:rPr>
                <w:w w:val="105"/>
                <w:sz w:val="15"/>
              </w:rPr>
              <w:t>пропусков;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врядучисел;описание;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положениячислав;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рядучисел;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Раздел2.</w:t>
            </w:r>
            <w:r>
              <w:rPr>
                <w:b/>
                <w:w w:val="105"/>
                <w:sz w:val="15"/>
              </w:rPr>
              <w:t>Величины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528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Величины:сравнениеобъектов</w:t>
            </w:r>
            <w:r>
              <w:rPr>
                <w:b/>
                <w:w w:val="105"/>
                <w:sz w:val="15"/>
              </w:rPr>
              <w:t>помассе,длине,площади,вместимости.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831"/>
              <w:rPr>
                <w:sz w:val="15"/>
              </w:rPr>
            </w:pPr>
            <w:r>
              <w:rPr>
                <w:w w:val="105"/>
                <w:sz w:val="15"/>
              </w:rPr>
              <w:t>Обсуждение;практических;ситуаций.;</w:t>
            </w:r>
            <w:r>
              <w:rPr>
                <w:spacing w:val="-1"/>
                <w:w w:val="105"/>
                <w:sz w:val="15"/>
              </w:rPr>
              <w:t>Распознавание;</w:t>
            </w:r>
            <w:r>
              <w:rPr>
                <w:w w:val="105"/>
                <w:sz w:val="15"/>
              </w:rPr>
              <w:t>величин;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60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характеризующих;процесс движения;</w:t>
            </w:r>
            <w:r>
              <w:rPr>
                <w:w w:val="105"/>
                <w:sz w:val="15"/>
              </w:rPr>
              <w:t>(скорость;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время;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20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расстояние);</w:t>
            </w:r>
            <w:r>
              <w:rPr>
                <w:w w:val="105"/>
                <w:sz w:val="15"/>
              </w:rPr>
              <w:t>работы;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(производительность;</w:t>
            </w:r>
            <w:r>
              <w:rPr>
                <w:w w:val="105"/>
                <w:sz w:val="15"/>
              </w:rPr>
              <w:t>труда;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времяработы;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433"/>
              <w:rPr>
                <w:sz w:val="15"/>
              </w:rPr>
            </w:pPr>
            <w:r>
              <w:rPr>
                <w:w w:val="105"/>
                <w:sz w:val="15"/>
              </w:rPr>
              <w:t>объём работ).;Установление;</w:t>
            </w:r>
            <w:r>
              <w:rPr>
                <w:spacing w:val="-1"/>
                <w:w w:val="105"/>
                <w:sz w:val="15"/>
              </w:rPr>
              <w:t>зависимостей между;</w:t>
            </w:r>
            <w:r>
              <w:rPr>
                <w:w w:val="105"/>
                <w:sz w:val="15"/>
              </w:rPr>
              <w:t>величинами.;Упорядочение по;скорости;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5"/>
                <w:sz w:val="15"/>
              </w:rPr>
              <w:t>времени;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массе.;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опрос;Письменныйконтроль;Практическаяработа;Самооценка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8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49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406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Единицымассы</w:t>
            </w:r>
            <w:r>
              <w:rPr>
                <w:b/>
                <w:w w:val="105"/>
                <w:sz w:val="15"/>
              </w:rPr>
              <w:t>—центнер,тонна;соотношениямеждуединицамимассы.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43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Моделирование:;</w:t>
            </w:r>
            <w:r>
              <w:rPr>
                <w:spacing w:val="-1"/>
                <w:w w:val="105"/>
                <w:sz w:val="15"/>
              </w:rPr>
              <w:t>составление схемы;</w:t>
            </w:r>
            <w:r>
              <w:rPr>
                <w:w w:val="105"/>
                <w:sz w:val="15"/>
              </w:rPr>
              <w:t>движения;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12"/>
              <w:rPr>
                <w:sz w:val="15"/>
              </w:rPr>
            </w:pPr>
            <w:r>
              <w:rPr>
                <w:w w:val="105"/>
                <w:sz w:val="15"/>
              </w:rPr>
              <w:t>работы.;Комментирование.;Представление;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w w:val="105"/>
                <w:sz w:val="15"/>
              </w:rPr>
              <w:t>величиныв;разныхединицах;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6"/>
              <w:rPr>
                <w:sz w:val="15"/>
              </w:rPr>
            </w:pPr>
            <w:r>
              <w:rPr>
                <w:w w:val="105"/>
                <w:sz w:val="15"/>
              </w:rPr>
              <w:t>пошаговый переход от;более крупных единиц;к более мелким.;</w:t>
            </w:r>
            <w:r>
              <w:rPr>
                <w:spacing w:val="-1"/>
                <w:w w:val="105"/>
                <w:sz w:val="15"/>
              </w:rPr>
              <w:t xml:space="preserve">Практические </w:t>
            </w:r>
            <w:r>
              <w:rPr>
                <w:w w:val="105"/>
                <w:sz w:val="15"/>
              </w:rPr>
              <w:t>работы:;сравнение величин и;выполнение действий;</w:t>
            </w:r>
            <w:r>
              <w:rPr>
                <w:spacing w:val="-1"/>
                <w:w w:val="105"/>
                <w:sz w:val="15"/>
              </w:rPr>
              <w:t>(увеличение/уменьшен;</w:t>
            </w:r>
            <w:r>
              <w:rPr>
                <w:w w:val="105"/>
                <w:sz w:val="15"/>
              </w:rPr>
              <w:t>иена/в)свеличинами;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406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Единицывремени</w:t>
            </w:r>
            <w:r>
              <w:rPr>
                <w:b/>
                <w:w w:val="105"/>
                <w:sz w:val="15"/>
              </w:rPr>
              <w:t>(сутки,неделя,месяц,год,век),соотношениемеждуними.Календарь.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43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Моделирование:;</w:t>
            </w:r>
            <w:r>
              <w:rPr>
                <w:spacing w:val="-1"/>
                <w:w w:val="105"/>
                <w:sz w:val="15"/>
              </w:rPr>
              <w:t>составление схемы;</w:t>
            </w:r>
            <w:r>
              <w:rPr>
                <w:w w:val="105"/>
                <w:sz w:val="15"/>
              </w:rPr>
              <w:t>движения;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12"/>
              <w:rPr>
                <w:sz w:val="15"/>
              </w:rPr>
            </w:pPr>
            <w:r>
              <w:rPr>
                <w:w w:val="105"/>
                <w:sz w:val="15"/>
              </w:rPr>
              <w:t>работы.;Комментирование.;Представление;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w w:val="105"/>
                <w:sz w:val="15"/>
              </w:rPr>
              <w:t>величиныв;разныхединицах;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6"/>
              <w:rPr>
                <w:sz w:val="15"/>
              </w:rPr>
            </w:pPr>
            <w:r>
              <w:rPr>
                <w:w w:val="105"/>
                <w:sz w:val="15"/>
              </w:rPr>
              <w:t>пошаговый переход от;более крупных единиц;к более мелким.;</w:t>
            </w:r>
            <w:r>
              <w:rPr>
                <w:spacing w:val="-1"/>
                <w:w w:val="105"/>
                <w:sz w:val="15"/>
              </w:rPr>
              <w:t xml:space="preserve">Практические </w:t>
            </w:r>
            <w:r>
              <w:rPr>
                <w:w w:val="105"/>
                <w:sz w:val="15"/>
              </w:rPr>
              <w:t>работы:;сравнение величин и;выполнение действий;</w:t>
            </w:r>
            <w:r>
              <w:rPr>
                <w:spacing w:val="-1"/>
                <w:w w:val="105"/>
                <w:sz w:val="15"/>
              </w:rPr>
              <w:t>(увеличение/уменьшен;</w:t>
            </w:r>
            <w:r>
              <w:rPr>
                <w:w w:val="105"/>
                <w:sz w:val="15"/>
              </w:rPr>
              <w:t>иена/в)свеличинами.;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0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51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747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Единицыдлины(миллиметр,сантиметр,дециметр,</w:t>
            </w:r>
            <w:r>
              <w:rPr>
                <w:b/>
                <w:w w:val="105"/>
                <w:sz w:val="15"/>
              </w:rPr>
              <w:t>метр,километр),площади(квадратный метр, квадратный дециметр, квадратный сантиметр),вместимости (литр), скорости (километры вчас, метры вминуту, метры всекунду);соотношениемеждуединицамивпределах100000.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Дифференцированное;задание: </w:t>
            </w:r>
            <w:r>
              <w:rPr>
                <w:w w:val="105"/>
                <w:sz w:val="15"/>
              </w:rPr>
              <w:t>оформление;математической;записи: запись в виде;равенства;(неравенства);результата;разностного;кратного;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сравнения</w:t>
            </w:r>
            <w:r>
              <w:rPr>
                <w:w w:val="105"/>
                <w:sz w:val="15"/>
              </w:rPr>
              <w:t>величин;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3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увеличения/уменьшен;иязначения</w:t>
            </w:r>
            <w:r>
              <w:rPr>
                <w:w w:val="105"/>
                <w:sz w:val="15"/>
              </w:rPr>
              <w:t>величины;в несколько раз.;Пропедевтика;исследовательской;работы: определять с;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w w:val="105"/>
                <w:sz w:val="15"/>
              </w:rPr>
              <w:t>цифровыхи;</w:t>
            </w:r>
            <w:r>
              <w:rPr>
                <w:spacing w:val="-1"/>
                <w:w w:val="105"/>
                <w:sz w:val="15"/>
              </w:rPr>
              <w:t xml:space="preserve">аналоговых </w:t>
            </w:r>
            <w:r>
              <w:rPr>
                <w:w w:val="105"/>
                <w:sz w:val="15"/>
              </w:rPr>
              <w:t>приборов;массупредмета;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9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температуру;</w:t>
            </w:r>
            <w:r>
              <w:rPr>
                <w:w w:val="105"/>
                <w:sz w:val="15"/>
              </w:rPr>
              <w:t>(например;воды;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воздухавпомещении);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06"/>
              <w:rPr>
                <w:sz w:val="15"/>
              </w:rPr>
            </w:pPr>
            <w:r>
              <w:rPr>
                <w:w w:val="105"/>
                <w:sz w:val="15"/>
              </w:rPr>
              <w:t>скорость движения;транспортного;</w:t>
            </w:r>
            <w:r>
              <w:rPr>
                <w:spacing w:val="-1"/>
                <w:w w:val="105"/>
                <w:sz w:val="15"/>
              </w:rPr>
              <w:t>средства;</w:t>
            </w:r>
            <w:r>
              <w:rPr>
                <w:w w:val="105"/>
                <w:sz w:val="15"/>
              </w:rPr>
              <w:t>определятьс;помощью;измерительных;сосудов вместимость;</w:t>
            </w: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w w:val="105"/>
                <w:sz w:val="15"/>
              </w:rPr>
              <w:t>прикидкуи;оценку результата;измерений;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2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53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87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Долявеличины</w:t>
            </w:r>
            <w:r>
              <w:rPr>
                <w:b/>
                <w:w w:val="105"/>
                <w:sz w:val="15"/>
              </w:rPr>
              <w:t>времени,массы,длины.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80"/>
              <w:rPr>
                <w:sz w:val="15"/>
              </w:rPr>
            </w:pPr>
            <w:r>
              <w:rPr>
                <w:w w:val="105"/>
                <w:sz w:val="15"/>
              </w:rPr>
              <w:t>Выбор и;использование;соответствующей;ситуации единицы;измерения.;Нахождение доли;</w:t>
            </w:r>
            <w:r>
              <w:rPr>
                <w:spacing w:val="-1"/>
                <w:w w:val="105"/>
                <w:sz w:val="15"/>
              </w:rPr>
              <w:t>величины</w:t>
            </w:r>
            <w:r>
              <w:rPr>
                <w:w w:val="105"/>
                <w:sz w:val="15"/>
              </w:rPr>
              <w:t>наоснове;содержательного;смысла.;;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Раздел3.</w:t>
            </w:r>
            <w:r>
              <w:rPr>
                <w:b/>
                <w:spacing w:val="-1"/>
                <w:w w:val="105"/>
                <w:sz w:val="15"/>
              </w:rPr>
              <w:t>Арифметические</w:t>
            </w:r>
            <w:r>
              <w:rPr>
                <w:b/>
                <w:w w:val="105"/>
                <w:sz w:val="15"/>
              </w:rPr>
              <w:t>действия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424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Письменноесложение,вычитание</w:t>
            </w:r>
            <w:r>
              <w:rPr>
                <w:b/>
                <w:w w:val="105"/>
                <w:sz w:val="15"/>
              </w:rPr>
              <w:t>многозначныхчиселвпределахмиллиона.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 устные;</w:t>
            </w:r>
            <w:r>
              <w:rPr>
                <w:w w:val="105"/>
                <w:sz w:val="15"/>
              </w:rPr>
              <w:t>вычисления в;пределах ста и;случаях;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592"/>
              <w:rPr>
                <w:sz w:val="15"/>
              </w:rPr>
            </w:pPr>
            <w:r>
              <w:rPr>
                <w:w w:val="105"/>
                <w:sz w:val="15"/>
              </w:rPr>
              <w:t>сводимых к;вычислениям в;пределах ста.;Алгоритмы;письменных;вычислений.;</w:t>
            </w:r>
            <w:r>
              <w:rPr>
                <w:spacing w:val="-1"/>
                <w:w w:val="105"/>
                <w:sz w:val="15"/>
              </w:rPr>
              <w:t>Комментирование;</w:t>
            </w:r>
            <w:r>
              <w:rPr>
                <w:w w:val="105"/>
                <w:sz w:val="15"/>
              </w:rPr>
              <w:t>хода выполнения;арифметического;действия по;алгоритму;</w:t>
            </w:r>
          </w:p>
          <w:p w:rsidR="005A1040" w:rsidRDefault="005A1040" w:rsidP="00BF7A86">
            <w:pPr>
              <w:pStyle w:val="TableParagraph"/>
              <w:spacing w:before="7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647"/>
              <w:rPr>
                <w:sz w:val="15"/>
              </w:rPr>
            </w:pPr>
            <w:r>
              <w:rPr>
                <w:w w:val="105"/>
                <w:sz w:val="15"/>
              </w:rPr>
              <w:t>нахождения;неизвестного;компонента;</w:t>
            </w:r>
            <w:r>
              <w:rPr>
                <w:spacing w:val="-1"/>
                <w:w w:val="105"/>
                <w:sz w:val="15"/>
              </w:rPr>
              <w:t>арифметического;</w:t>
            </w:r>
            <w:r>
              <w:rPr>
                <w:w w:val="105"/>
                <w:sz w:val="15"/>
              </w:rPr>
              <w:t>действия;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4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55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676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Письменное умножение, деление многозначных чисел на однозначное/двузначноечисло;делениесостатком(записьуголком)впределах100000.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93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диалог:;обсуждение;допустимого;результата;выполнения действия;</w:t>
            </w:r>
            <w:r>
              <w:rPr>
                <w:spacing w:val="-1"/>
                <w:w w:val="105"/>
                <w:sz w:val="15"/>
              </w:rPr>
              <w:t>на основе зависимости;</w:t>
            </w:r>
            <w:r>
              <w:rPr>
                <w:w w:val="105"/>
                <w:sz w:val="15"/>
              </w:rPr>
              <w:t>между компонентами;и результатом;действия(сложения;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вычитания;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0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умножения;</w:t>
            </w:r>
            <w:r>
              <w:rPr>
                <w:w w:val="105"/>
                <w:sz w:val="15"/>
              </w:rPr>
              <w:t>деления).;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7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 прогнозирование;</w:t>
            </w:r>
            <w:r>
              <w:rPr>
                <w:w w:val="105"/>
                <w:sz w:val="15"/>
              </w:rPr>
              <w:t>возможных ошибок в;вычисленияхпо;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930"/>
              <w:rPr>
                <w:sz w:val="15"/>
              </w:rPr>
            </w:pPr>
            <w:r>
              <w:rPr>
                <w:w w:val="105"/>
                <w:sz w:val="15"/>
              </w:rPr>
              <w:t>алгоритму;при;нахождении;</w:t>
            </w:r>
            <w:r>
              <w:rPr>
                <w:spacing w:val="-1"/>
                <w:w w:val="105"/>
                <w:sz w:val="15"/>
              </w:rPr>
              <w:t>неизвестного;</w:t>
            </w:r>
            <w:r>
              <w:rPr>
                <w:w w:val="105"/>
                <w:sz w:val="15"/>
              </w:rPr>
              <w:t>компонента;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6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арифметического;</w:t>
            </w:r>
            <w:r>
              <w:rPr>
                <w:w w:val="105"/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Задания на проведение;</w:t>
            </w:r>
            <w:r>
              <w:rPr>
                <w:w w:val="105"/>
                <w:sz w:val="15"/>
              </w:rPr>
              <w:t>контроля и;самоконтроля.;Проверка хода;(соответствие;алгоритму;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5"/>
                <w:sz w:val="15"/>
              </w:rPr>
              <w:t>частные;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286"/>
              <w:rPr>
                <w:sz w:val="15"/>
              </w:rPr>
            </w:pPr>
            <w:r>
              <w:rPr>
                <w:w w:val="105"/>
                <w:sz w:val="15"/>
              </w:rPr>
              <w:t>случаи выполнения;</w:t>
            </w:r>
            <w:r>
              <w:rPr>
                <w:spacing w:val="-1"/>
                <w:w w:val="105"/>
                <w:sz w:val="15"/>
              </w:rPr>
              <w:t>действий)и</w:t>
            </w:r>
            <w:r>
              <w:rPr>
                <w:w w:val="105"/>
                <w:sz w:val="15"/>
              </w:rPr>
              <w:t>результата;действия.;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6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57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Умножение/делениена10,100,1000.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Умножение</w:t>
            </w:r>
            <w:r>
              <w:rPr>
                <w:w w:val="105"/>
                <w:sz w:val="15"/>
              </w:rPr>
              <w:t>иделение;круглых чисел (в том;числена10;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334"/>
              <w:rPr>
                <w:sz w:val="15"/>
              </w:rPr>
            </w:pPr>
            <w:r>
              <w:rPr>
                <w:w w:val="105"/>
                <w:sz w:val="15"/>
              </w:rPr>
              <w:t>352281, Краснодарский край,Отрадненский р-н, Отрадненский</w:t>
            </w:r>
            <w:r>
              <w:rPr>
                <w:spacing w:val="-1"/>
                <w:w w:val="105"/>
                <w:sz w:val="15"/>
              </w:rPr>
              <w:t>районст-цаСпокойнаяул.Советская3;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2407"/>
              <w:rPr>
                <w:sz w:val="15"/>
              </w:rPr>
            </w:pPr>
            <w:r>
              <w:rPr>
                <w:w w:val="105"/>
                <w:sz w:val="15"/>
              </w:rPr>
              <w:t>;</w:t>
            </w:r>
            <w:r>
              <w:rPr>
                <w:spacing w:val="-1"/>
                <w:w w:val="105"/>
                <w:sz w:val="15"/>
              </w:rPr>
              <w:t>1000).;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4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букв;</w:t>
            </w:r>
            <w:r>
              <w:rPr>
                <w:w w:val="105"/>
                <w:sz w:val="15"/>
              </w:rPr>
              <w:t>для обозначения;чисел;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56"/>
              <w:rPr>
                <w:sz w:val="15"/>
              </w:rPr>
            </w:pPr>
            <w:r>
              <w:rPr>
                <w:w w:val="105"/>
                <w:sz w:val="15"/>
              </w:rPr>
              <w:t>неизвестного;</w:t>
            </w:r>
            <w:r>
              <w:rPr>
                <w:spacing w:val="-1"/>
                <w:w w:val="105"/>
                <w:sz w:val="15"/>
              </w:rPr>
              <w:t>компонентадействия.;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8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59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148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Свойстваарифметическихдействий</w:t>
            </w:r>
            <w:r>
              <w:rPr>
                <w:b/>
                <w:w w:val="105"/>
                <w:sz w:val="15"/>
              </w:rPr>
              <w:t>иихприменениедлявычислений.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Применение приёмов;</w:t>
            </w:r>
            <w:r>
              <w:rPr>
                <w:w w:val="105"/>
                <w:sz w:val="15"/>
              </w:rPr>
              <w:t>устныхвычислений;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7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основанных</w:t>
            </w:r>
            <w:r>
              <w:rPr>
                <w:w w:val="105"/>
                <w:sz w:val="15"/>
              </w:rPr>
              <w:t>назнаниисвойств;арифметических;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5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действий</w:t>
            </w:r>
            <w:r>
              <w:rPr>
                <w:w w:val="105"/>
                <w:sz w:val="15"/>
              </w:rPr>
              <w:t>исостава;числа;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Письменный;контроль;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w w:val="105"/>
                <w:sz w:val="15"/>
              </w:rPr>
              <w:t>работа;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563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Поискзначениячисловоговыражения,</w:t>
            </w:r>
            <w:r>
              <w:rPr>
                <w:b/>
                <w:w w:val="105"/>
                <w:sz w:val="15"/>
              </w:rPr>
              <w:t>содержащегонесколькодействийвпределах100000.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Проверка хода (соответствие </w:t>
            </w:r>
            <w:r>
              <w:rPr>
                <w:w w:val="105"/>
                <w:sz w:val="15"/>
              </w:rPr>
              <w:t>алгоритму,</w:t>
            </w:r>
            <w:r>
              <w:rPr>
                <w:spacing w:val="-1"/>
                <w:w w:val="105"/>
                <w:sz w:val="15"/>
              </w:rPr>
              <w:t>частныеслучаи</w:t>
            </w:r>
            <w:r>
              <w:rPr>
                <w:w w:val="105"/>
                <w:sz w:val="15"/>
              </w:rPr>
              <w:t>выполнениядействий)ирезультатадействия;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334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приёмов устныхвычислений, основанных на знании</w:t>
            </w:r>
            <w:r>
              <w:rPr>
                <w:spacing w:val="-1"/>
                <w:w w:val="105"/>
                <w:sz w:val="15"/>
              </w:rPr>
              <w:t>свойстварифметических</w:t>
            </w:r>
            <w:r>
              <w:rPr>
                <w:w w:val="105"/>
                <w:sz w:val="15"/>
              </w:rPr>
              <w:t>действийисоставачисла;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Проверка правильности нахождения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w w:val="105"/>
                <w:sz w:val="15"/>
              </w:rPr>
              <w:t>числовоговыражения(сопоройна правила установления порядкадействий, алгоритмы выполненияарифметических действий, прикидкурезультата);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Работавгруппах:</w:t>
            </w:r>
            <w:r>
              <w:rPr>
                <w:w w:val="105"/>
                <w:sz w:val="15"/>
              </w:rPr>
              <w:t>приведениепримеров,иллюстрирующих смысл и ход</w:t>
            </w:r>
            <w:r>
              <w:rPr>
                <w:spacing w:val="-1"/>
                <w:w w:val="105"/>
                <w:sz w:val="15"/>
              </w:rPr>
              <w:t xml:space="preserve">выполнения арифметических </w:t>
            </w:r>
            <w:r>
              <w:rPr>
                <w:w w:val="105"/>
                <w:sz w:val="15"/>
              </w:rPr>
              <w:t>действий,свойствадействий;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0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61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Проверкарезультатавычислений,втомчислеспомощьюкалькулятора.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Прикидка</w:t>
            </w:r>
            <w:r>
              <w:rPr>
                <w:w w:val="105"/>
                <w:sz w:val="15"/>
              </w:rPr>
              <w:t>иоценка;результатов;вычисления;</w:t>
            </w:r>
            <w:r>
              <w:rPr>
                <w:spacing w:val="-1"/>
                <w:w w:val="105"/>
                <w:sz w:val="15"/>
              </w:rPr>
              <w:t>(реальность</w:t>
            </w:r>
            <w:r>
              <w:rPr>
                <w:w w:val="105"/>
                <w:sz w:val="15"/>
              </w:rPr>
              <w:t>ответа;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126"/>
              <w:rPr>
                <w:sz w:val="15"/>
              </w:rPr>
            </w:pPr>
            <w:r>
              <w:rPr>
                <w:w w:val="105"/>
                <w:sz w:val="15"/>
              </w:rPr>
              <w:t>прикидка;</w:t>
            </w:r>
            <w:r>
              <w:rPr>
                <w:spacing w:val="-1"/>
                <w:w w:val="105"/>
                <w:sz w:val="15"/>
              </w:rPr>
              <w:t>последняя;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цифра</w:t>
            </w:r>
            <w:r>
              <w:rPr>
                <w:w w:val="105"/>
                <w:sz w:val="15"/>
              </w:rPr>
              <w:t>результата;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обратное</w:t>
            </w:r>
            <w:r>
              <w:rPr>
                <w:w w:val="105"/>
                <w:sz w:val="15"/>
              </w:rPr>
              <w:t>действие;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использование;калькулятора);;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10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3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Равенство, содержащее неизвестный компонент арифметического </w:t>
            </w:r>
            <w:r>
              <w:rPr>
                <w:b/>
                <w:w w:val="105"/>
                <w:sz w:val="15"/>
              </w:rPr>
              <w:t>действия:запись,нахождениенеизвестногокомпонента.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букв;</w:t>
            </w:r>
            <w:r>
              <w:rPr>
                <w:w w:val="105"/>
                <w:sz w:val="15"/>
              </w:rPr>
              <w:t>для обозначения;чисел;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5"/>
              <w:rPr>
                <w:sz w:val="15"/>
              </w:rPr>
            </w:pPr>
            <w:r>
              <w:rPr>
                <w:w w:val="105"/>
                <w:sz w:val="15"/>
              </w:rPr>
              <w:t>неизвестного;</w:t>
            </w:r>
            <w:r>
              <w:rPr>
                <w:spacing w:val="-1"/>
                <w:w w:val="105"/>
                <w:sz w:val="15"/>
              </w:rPr>
              <w:t>компонентадействия;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Письменный;контроль;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71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Умножениеиделениевеличинынаоднозначноечисло.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560"/>
              <w:rPr>
                <w:sz w:val="15"/>
              </w:rPr>
            </w:pPr>
            <w:r>
              <w:rPr>
                <w:w w:val="105"/>
                <w:sz w:val="15"/>
              </w:rPr>
              <w:t>Заданиянапроведениеконтроляисамоконтроля;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Контрольнаяработа;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Раздел4.</w:t>
            </w:r>
            <w:r>
              <w:rPr>
                <w:b/>
                <w:w w:val="105"/>
                <w:sz w:val="15"/>
              </w:rPr>
              <w:t>Текстовыезадачи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152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 с текстовой задачей, решение которой содержит 2—3 действия: анализ,</w:t>
            </w:r>
            <w:r>
              <w:rPr>
                <w:b/>
                <w:spacing w:val="-1"/>
                <w:w w:val="105"/>
                <w:sz w:val="15"/>
              </w:rPr>
              <w:t xml:space="preserve">представление на </w:t>
            </w:r>
            <w:r>
              <w:rPr>
                <w:b/>
                <w:w w:val="105"/>
                <w:sz w:val="15"/>
              </w:rPr>
              <w:t>модели; планирование и запись решения; проверка решенияиответа.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 текста;</w:t>
            </w:r>
            <w:r>
              <w:rPr>
                <w:w w:val="105"/>
                <w:sz w:val="15"/>
              </w:rPr>
              <w:t>задачи;Использование;геометрических;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9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графических</w:t>
            </w:r>
            <w:r>
              <w:rPr>
                <w:w w:val="105"/>
                <w:sz w:val="15"/>
              </w:rPr>
              <w:t>образовв;ходерешениязадачи;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206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Анализзависимостей,характеризующихпроцессы:</w:t>
            </w:r>
            <w:r>
              <w:rPr>
                <w:b/>
                <w:w w:val="105"/>
                <w:sz w:val="15"/>
              </w:rPr>
              <w:t>движения(скорость,время,</w:t>
            </w:r>
            <w:r>
              <w:rPr>
                <w:b/>
                <w:spacing w:val="-1"/>
                <w:w w:val="105"/>
                <w:sz w:val="15"/>
              </w:rPr>
              <w:t xml:space="preserve">пройденный путь), работы </w:t>
            </w:r>
            <w:r>
              <w:rPr>
                <w:b/>
                <w:w w:val="105"/>
                <w:sz w:val="15"/>
              </w:rPr>
              <w:t>(производительность, время, объём работы), купли-продажи(цена,количество,стоимость)ирешениесоответствующихзадач.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способа;</w:t>
            </w:r>
            <w:r>
              <w:rPr>
                <w:w w:val="105"/>
                <w:sz w:val="15"/>
              </w:rPr>
              <w:t>решениязадачи;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формы записи;</w:t>
            </w:r>
            <w:r>
              <w:rPr>
                <w:w w:val="105"/>
                <w:sz w:val="15"/>
              </w:rPr>
              <w:t>решения;реальностии;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логичности</w:t>
            </w:r>
            <w:r>
              <w:rPr>
                <w:w w:val="105"/>
                <w:sz w:val="15"/>
              </w:rPr>
              <w:t>ответана;вопрос.;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18"/>
              <w:rPr>
                <w:sz w:val="15"/>
              </w:rPr>
            </w:pPr>
            <w:r>
              <w:rPr>
                <w:w w:val="105"/>
                <w:sz w:val="15"/>
              </w:rPr>
              <w:t>Выбороснованияи;сравнениезадач;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599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Задачинаустановлениевремени</w:t>
            </w:r>
            <w:r>
              <w:rPr>
                <w:b/>
                <w:w w:val="105"/>
                <w:sz w:val="15"/>
              </w:rPr>
              <w:t>(начало,продолжительностьиокончаниесобытия),расчётаколичества,расхода,изменения.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способа;</w:t>
            </w:r>
            <w:r>
              <w:rPr>
                <w:w w:val="105"/>
                <w:sz w:val="15"/>
              </w:rPr>
              <w:t>решениязадачи;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формы записи;</w:t>
            </w:r>
            <w:r>
              <w:rPr>
                <w:w w:val="105"/>
                <w:sz w:val="15"/>
              </w:rPr>
              <w:t>решения;реальностии;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логичности</w:t>
            </w:r>
            <w:r>
              <w:rPr>
                <w:w w:val="105"/>
                <w:sz w:val="15"/>
              </w:rPr>
              <w:t>ответана;вопрос.;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18"/>
              <w:rPr>
                <w:sz w:val="15"/>
              </w:rPr>
            </w:pPr>
            <w:r>
              <w:rPr>
                <w:w w:val="105"/>
                <w:sz w:val="15"/>
              </w:rPr>
              <w:t>Выбороснованияи;сравнение задач.;Работа в;парах/группах.;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7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Решениеспособом</w:t>
            </w:r>
            <w:r>
              <w:rPr>
                <w:w w:val="105"/>
                <w:sz w:val="15"/>
              </w:rPr>
              <w:t>задачв2—3;действия.;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Комментирование;</w:t>
            </w:r>
            <w:r>
              <w:rPr>
                <w:w w:val="105"/>
                <w:sz w:val="15"/>
              </w:rPr>
              <w:t>этапов решения;задачи;арифметическим;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2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63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67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Задачинанахождениедоливеличины,величиныпоеёдоле.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работа:;</w:t>
            </w:r>
            <w:r>
              <w:rPr>
                <w:w w:val="105"/>
                <w:sz w:val="15"/>
              </w:rPr>
              <w:t>нахождение доли;величины;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2056"/>
              <w:rPr>
                <w:sz w:val="15"/>
              </w:rPr>
            </w:pPr>
            <w:r>
              <w:rPr>
                <w:w w:val="105"/>
                <w:sz w:val="15"/>
              </w:rPr>
              <w:t>величины;</w:t>
            </w:r>
            <w:r>
              <w:rPr>
                <w:spacing w:val="-1"/>
                <w:w w:val="105"/>
                <w:sz w:val="15"/>
              </w:rPr>
              <w:t>поеёдоле;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31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Разныеспособы</w:t>
            </w:r>
            <w:r>
              <w:rPr>
                <w:b/>
                <w:w w:val="105"/>
                <w:sz w:val="15"/>
              </w:rPr>
              <w:t>решениянекоторыхвидовизученныхзадач.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34"/>
              <w:rPr>
                <w:sz w:val="15"/>
              </w:rPr>
            </w:pPr>
            <w:r>
              <w:rPr>
                <w:w w:val="105"/>
                <w:sz w:val="15"/>
              </w:rPr>
              <w:t>Оформление;математической;</w:t>
            </w:r>
            <w:r>
              <w:rPr>
                <w:spacing w:val="-1"/>
                <w:w w:val="105"/>
                <w:sz w:val="15"/>
              </w:rPr>
              <w:t xml:space="preserve">записи: полная </w:t>
            </w:r>
            <w:r>
              <w:rPr>
                <w:w w:val="105"/>
                <w:sz w:val="15"/>
              </w:rPr>
              <w:t>запись;решения текстовой;задачи (модель;решение по;действиям;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5"/>
                <w:sz w:val="15"/>
              </w:rPr>
              <w:t>по;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446"/>
              <w:rPr>
                <w:sz w:val="15"/>
              </w:rPr>
            </w:pPr>
            <w:r>
              <w:rPr>
                <w:w w:val="105"/>
                <w:sz w:val="15"/>
              </w:rPr>
              <w:t>вопросам или с;</w:t>
            </w:r>
            <w:r>
              <w:rPr>
                <w:spacing w:val="-1"/>
                <w:w w:val="105"/>
                <w:sz w:val="15"/>
              </w:rPr>
              <w:t>помощью числового;</w:t>
            </w:r>
            <w:r>
              <w:rPr>
                <w:w w:val="105"/>
                <w:sz w:val="15"/>
              </w:rPr>
              <w:t>выражения;формулировка;ответа).;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407"/>
              <w:rPr>
                <w:sz w:val="15"/>
              </w:rPr>
            </w:pPr>
            <w:r>
              <w:rPr>
                <w:w w:val="105"/>
                <w:sz w:val="15"/>
              </w:rPr>
              <w:t>Разные записи;решенияоднойитой;жезадачи.;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4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65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02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Оформлениерешенияподействиямспояснением,повопросам,спомощьючисловоговыражения.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778"/>
              <w:rPr>
                <w:sz w:val="15"/>
              </w:rPr>
            </w:pPr>
            <w:r>
              <w:rPr>
                <w:sz w:val="15"/>
              </w:rPr>
              <w:t>Оформлениематематической;</w:t>
            </w:r>
            <w:r>
              <w:rPr>
                <w:w w:val="105"/>
                <w:sz w:val="15"/>
              </w:rPr>
              <w:t>записи: полная запись;решениятекстовой;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8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задачи (модель;</w:t>
            </w:r>
            <w:r>
              <w:rPr>
                <w:w w:val="105"/>
                <w:sz w:val="15"/>
              </w:rPr>
              <w:t>решение по;действиям;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по;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446"/>
              <w:rPr>
                <w:sz w:val="15"/>
              </w:rPr>
            </w:pPr>
            <w:r>
              <w:rPr>
                <w:w w:val="105"/>
                <w:sz w:val="15"/>
              </w:rPr>
              <w:t>вопросам или с;</w:t>
            </w:r>
            <w:r>
              <w:rPr>
                <w:spacing w:val="-1"/>
                <w:w w:val="105"/>
                <w:sz w:val="15"/>
              </w:rPr>
              <w:t>помощью числового;</w:t>
            </w:r>
            <w:r>
              <w:rPr>
                <w:w w:val="105"/>
                <w:sz w:val="15"/>
              </w:rPr>
              <w:t>выражения;формулировка;ответа).;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407"/>
              <w:rPr>
                <w:sz w:val="15"/>
              </w:rPr>
            </w:pPr>
            <w:r>
              <w:rPr>
                <w:w w:val="105"/>
                <w:sz w:val="15"/>
              </w:rPr>
              <w:t>Разные записи;решенияоднойитой;жезадачи;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w w:val="105"/>
                <w:sz w:val="15"/>
              </w:rPr>
              <w:t>Письменныйконтроль;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Раздел5.</w:t>
            </w:r>
            <w:r>
              <w:rPr>
                <w:b/>
                <w:spacing w:val="-1"/>
                <w:w w:val="105"/>
                <w:sz w:val="15"/>
              </w:rPr>
              <w:t>Пространственные</w:t>
            </w:r>
            <w:r>
              <w:rPr>
                <w:b/>
                <w:w w:val="105"/>
                <w:sz w:val="15"/>
              </w:rPr>
              <w:t>отношенияигеометрическиефигуры</w:t>
            </w:r>
          </w:p>
        </w:tc>
      </w:tr>
      <w:tr w:rsidR="005A1040" w:rsidTr="00BF7A86">
        <w:trPr>
          <w:trHeight w:val="148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Наглядныепредставленияосимметрии.</w:t>
            </w:r>
            <w:r>
              <w:rPr>
                <w:b/>
                <w:w w:val="105"/>
                <w:sz w:val="15"/>
              </w:rPr>
              <w:t>Осьсимметриифигуры.Фигуры,имеющиеосьсимметрии.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65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Исследование;объектов;</w:t>
            </w:r>
            <w:r>
              <w:rPr>
                <w:spacing w:val="-1"/>
                <w:w w:val="105"/>
                <w:sz w:val="15"/>
              </w:rPr>
              <w:t>окружающего мира:;</w:t>
            </w:r>
            <w:r>
              <w:rPr>
                <w:w w:val="105"/>
                <w:sz w:val="15"/>
              </w:rPr>
              <w:t>сопоставление их с;изученными;геометрическими;формами;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6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67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272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Окружность,круг:распознавание</w:t>
            </w:r>
            <w:r>
              <w:rPr>
                <w:b/>
                <w:w w:val="105"/>
                <w:sz w:val="15"/>
              </w:rPr>
              <w:t>иизображение;построениеокружностизаданногорадиуса.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Конструирование;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изображение</w:t>
            </w:r>
            <w:r>
              <w:rPr>
                <w:w w:val="105"/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9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имеющих</w:t>
            </w:r>
            <w:r>
              <w:rPr>
                <w:w w:val="105"/>
                <w:sz w:val="15"/>
              </w:rPr>
              <w:t>ось;симметрии;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5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построение окружности </w:t>
            </w:r>
            <w:r>
              <w:rPr>
                <w:w w:val="105"/>
                <w:sz w:val="15"/>
              </w:rPr>
              <w:t>заданного;радиусаспомощью;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18"/>
              <w:rPr>
                <w:sz w:val="15"/>
              </w:rPr>
            </w:pPr>
            <w:r>
              <w:rPr>
                <w:w w:val="105"/>
                <w:sz w:val="15"/>
              </w:rPr>
              <w:t>циркуля;Изображение;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w w:val="105"/>
                <w:sz w:val="15"/>
              </w:rPr>
              <w:t>с заданными;свойствами.;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5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с;использование;</w:t>
            </w:r>
            <w:r>
              <w:rPr>
                <w:spacing w:val="-1"/>
                <w:w w:val="105"/>
                <w:sz w:val="15"/>
              </w:rPr>
              <w:t>м «Оценочного;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8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Default="005A1040" w:rsidP="00BF7A86"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69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  <w:p w:rsidR="005A1040" w:rsidRPr="005D6366" w:rsidRDefault="005A1040" w:rsidP="00BF7A86">
            <w:pPr>
              <w:jc w:val="center"/>
            </w:pPr>
          </w:p>
        </w:tc>
      </w:tr>
      <w:tr w:rsidR="005A1040" w:rsidTr="00BF7A86">
        <w:trPr>
          <w:trHeight w:val="379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Построение изученных геометрических </w:t>
            </w:r>
            <w:r>
              <w:rPr>
                <w:b/>
                <w:w w:val="105"/>
                <w:sz w:val="15"/>
              </w:rPr>
              <w:t>фигур с помощью линейки, угольника,циркуля.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 диалог:;</w:t>
            </w:r>
            <w:r>
              <w:rPr>
                <w:w w:val="105"/>
                <w:sz w:val="15"/>
              </w:rPr>
              <w:t>различение;называние;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фигур</w:t>
            </w:r>
            <w:r>
              <w:rPr>
                <w:w w:val="105"/>
                <w:sz w:val="15"/>
              </w:rPr>
              <w:t>(прямойугол);геометрических;величин(периметр;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07"/>
              <w:rPr>
                <w:sz w:val="15"/>
              </w:rPr>
            </w:pPr>
            <w:r>
              <w:rPr>
                <w:w w:val="105"/>
                <w:sz w:val="15"/>
              </w:rPr>
              <w:t>площадь).;Комментирование;хода и результата;поиска информации о;геометрических;фигурах и их моделях;в окружающем.;Упражнения на;классификацию;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w w:val="105"/>
                <w:sz w:val="15"/>
              </w:rPr>
              <w:t>по одному-двум;основаниям.;;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Практическаяработа;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283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Пространственныегеометрические</w:t>
            </w:r>
            <w:r>
              <w:rPr>
                <w:b/>
                <w:w w:val="105"/>
                <w:sz w:val="15"/>
              </w:rPr>
              <w:t>фигуры(тела):шар,куб,цилиндр,конус,пирамида;ихразличение,называние.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58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Комментирование;хода и результата;</w:t>
            </w:r>
            <w:r>
              <w:rPr>
                <w:spacing w:val="-1"/>
                <w:w w:val="105"/>
                <w:sz w:val="15"/>
              </w:rPr>
              <w:t>поиска</w:t>
            </w:r>
            <w:r>
              <w:rPr>
                <w:w w:val="105"/>
                <w:sz w:val="15"/>
              </w:rPr>
              <w:t>информациио;геометрических;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311"/>
              <w:rPr>
                <w:sz w:val="15"/>
              </w:rPr>
            </w:pPr>
            <w:r>
              <w:rPr>
                <w:w w:val="105"/>
                <w:sz w:val="15"/>
              </w:rPr>
              <w:t>фигурахиихмоделяхвокружающем.;Упражненияна;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07"/>
              <w:rPr>
                <w:sz w:val="15"/>
              </w:rPr>
            </w:pPr>
            <w:r>
              <w:rPr>
                <w:w w:val="105"/>
                <w:sz w:val="15"/>
              </w:rPr>
              <w:t>классификацию;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w w:val="105"/>
                <w:sz w:val="15"/>
              </w:rPr>
              <w:t>по одному-двум;основаниям.;Упражнения на;контроль и;самоконтроль;деятельности;;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79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Конструирование: разбиение фигуры на прямоугольники </w:t>
            </w:r>
            <w:r>
              <w:rPr>
                <w:b/>
                <w:w w:val="105"/>
                <w:sz w:val="15"/>
              </w:rPr>
              <w:t>(квадраты),составлениефигуризпрямоугольников/квадратов.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 работы:;</w:t>
            </w:r>
            <w:r>
              <w:rPr>
                <w:w w:val="105"/>
                <w:sz w:val="15"/>
              </w:rPr>
              <w:t>нахождение площади;фигуры;составленной;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408"/>
              <w:rPr>
                <w:sz w:val="15"/>
              </w:rPr>
            </w:pPr>
            <w:r>
              <w:rPr>
                <w:w w:val="105"/>
                <w:sz w:val="15"/>
              </w:rPr>
              <w:t>из прямоугольников;(квадратов);сравнение;</w:t>
            </w:r>
            <w:r>
              <w:rPr>
                <w:spacing w:val="-1"/>
                <w:w w:val="105"/>
                <w:sz w:val="15"/>
              </w:rPr>
              <w:t>однородныхвеличин;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свойств;</w:t>
            </w:r>
            <w:r>
              <w:rPr>
                <w:w w:val="105"/>
                <w:sz w:val="15"/>
              </w:rPr>
              <w:t>прямоугольника и;квадрата для решения;задач.;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0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71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532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4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Периметр, площадь фигуры, </w:t>
            </w:r>
            <w:r>
              <w:rPr>
                <w:b/>
                <w:w w:val="105"/>
                <w:sz w:val="15"/>
              </w:rPr>
              <w:t>составленной из двух-трёх прямоугольников(квадратов)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89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Комментирование;хода и результата;поиска информации о;площадииспособахеё;нахождения.;Формулирование и;проверка истинности;утвержденийо;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10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значениях геометрических;</w:t>
            </w:r>
            <w:r>
              <w:rPr>
                <w:w w:val="105"/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280"/>
              <w:rPr>
                <w:sz w:val="15"/>
              </w:rPr>
            </w:pPr>
            <w:r>
              <w:rPr>
                <w:w w:val="105"/>
                <w:sz w:val="15"/>
              </w:rPr>
              <w:t>Упражнения:;графические и;измерительные;действия при;выполнении;измерений и;</w:t>
            </w:r>
            <w:r>
              <w:rPr>
                <w:spacing w:val="-1"/>
                <w:w w:val="105"/>
                <w:sz w:val="15"/>
              </w:rPr>
              <w:t>вычислений периметра;</w:t>
            </w:r>
            <w:r>
              <w:rPr>
                <w:w w:val="105"/>
                <w:sz w:val="15"/>
              </w:rPr>
              <w:t>многоугольника;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720"/>
              <w:rPr>
                <w:sz w:val="15"/>
              </w:rPr>
            </w:pPr>
            <w:r>
              <w:rPr>
                <w:w w:val="105"/>
                <w:sz w:val="15"/>
              </w:rPr>
              <w:t>площади;</w:t>
            </w:r>
            <w:r>
              <w:rPr>
                <w:spacing w:val="-1"/>
                <w:w w:val="105"/>
                <w:sz w:val="15"/>
              </w:rPr>
              <w:t>прямоугольника;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2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квадрата;</w:t>
            </w:r>
            <w:r>
              <w:rPr>
                <w:w w:val="105"/>
                <w:sz w:val="15"/>
              </w:rPr>
              <w:t>фигуры;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557"/>
              <w:rPr>
                <w:sz w:val="15"/>
              </w:rPr>
            </w:pPr>
            <w:r>
              <w:rPr>
                <w:w w:val="105"/>
                <w:sz w:val="15"/>
              </w:rPr>
              <w:t>составленной из;</w:t>
            </w:r>
            <w:r>
              <w:rPr>
                <w:spacing w:val="-1"/>
                <w:w w:val="105"/>
                <w:sz w:val="15"/>
              </w:rPr>
              <w:t>прямоугольников.;;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Контрольная;работа;Практическая;работа;;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2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73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57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Раздел6.</w:t>
            </w:r>
            <w:r>
              <w:rPr>
                <w:b/>
                <w:spacing w:val="-1"/>
                <w:w w:val="105"/>
                <w:sz w:val="15"/>
              </w:rPr>
              <w:t>Математическая</w:t>
            </w:r>
            <w:r>
              <w:rPr>
                <w:b/>
                <w:w w:val="105"/>
                <w:sz w:val="15"/>
              </w:rPr>
              <w:t>информация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571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Работасутверждениями:конструирование,проверка</w:t>
            </w:r>
            <w:r>
              <w:rPr>
                <w:b/>
                <w:w w:val="105"/>
                <w:sz w:val="15"/>
              </w:rPr>
              <w:t>истинности;составлениеи проверка логических рассуждений при решении задач. Примеры иконтрпримеры.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04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Дифференцированное;задание:;комментирование с;использованием;математической;терминологии.;Математическая;характеристика;предлагаемой;житейской ситуации.;Формулирование;вопросов для поиска;</w:t>
            </w:r>
            <w:r>
              <w:rPr>
                <w:spacing w:val="-1"/>
                <w:w w:val="105"/>
                <w:sz w:val="15"/>
              </w:rPr>
              <w:t>числовыххарактеристик;</w:t>
            </w:r>
          </w:p>
          <w:p w:rsidR="005A1040" w:rsidRDefault="005A1040" w:rsidP="00BF7A86">
            <w:pPr>
              <w:pStyle w:val="TableParagraph"/>
              <w:spacing w:before="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303"/>
              <w:rPr>
                <w:sz w:val="15"/>
              </w:rPr>
            </w:pPr>
            <w:r>
              <w:rPr>
                <w:w w:val="105"/>
                <w:sz w:val="15"/>
              </w:rPr>
              <w:t>математических;отношений и;зависимостей;</w:t>
            </w:r>
            <w:r>
              <w:rPr>
                <w:spacing w:val="-1"/>
                <w:w w:val="105"/>
                <w:sz w:val="15"/>
              </w:rPr>
              <w:t xml:space="preserve">(последовательность </w:t>
            </w:r>
            <w:r>
              <w:rPr>
                <w:w w:val="105"/>
                <w:sz w:val="15"/>
              </w:rPr>
              <w:t>и;продолжительность;событий;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23"/>
              <w:rPr>
                <w:sz w:val="15"/>
              </w:rPr>
            </w:pPr>
            <w:r>
              <w:rPr>
                <w:w w:val="105"/>
                <w:sz w:val="15"/>
              </w:rPr>
              <w:t>положение в;</w:t>
            </w:r>
            <w:r>
              <w:rPr>
                <w:spacing w:val="-1"/>
                <w:w w:val="105"/>
                <w:sz w:val="15"/>
              </w:rPr>
              <w:t>пространстве;</w:t>
            </w:r>
            <w:r>
              <w:rPr>
                <w:w w:val="105"/>
                <w:sz w:val="15"/>
              </w:rPr>
              <w:t>формы;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634"/>
              <w:rPr>
                <w:sz w:val="15"/>
              </w:rPr>
            </w:pPr>
            <w:r>
              <w:rPr>
                <w:w w:val="105"/>
                <w:sz w:val="15"/>
              </w:rPr>
              <w:t>и размеры).;Работавгруппах:;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ситуаций;</w:t>
            </w:r>
            <w:r>
              <w:rPr>
                <w:w w:val="105"/>
                <w:sz w:val="15"/>
              </w:rPr>
              <w:t>использования;примеров и;контрпримеров.;;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Письменныйконтроль;Самооценка с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764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Данныеореальныхпроцессах</w:t>
            </w:r>
            <w:r>
              <w:rPr>
                <w:b/>
                <w:w w:val="105"/>
                <w:sz w:val="15"/>
              </w:rPr>
              <w:t>иявленияхокружающегомира,представленныенастолбчатыхдиаграммах,схемах,втаблицах,текстах.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Планирование сбора;</w:t>
            </w:r>
            <w:r>
              <w:rPr>
                <w:w w:val="105"/>
                <w:sz w:val="15"/>
              </w:rPr>
              <w:t>данных о заданном;объекте(числе;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величине;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83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геометрической;фигуре).;Дифференцированное;задание: оформление;математической;</w:t>
            </w:r>
            <w:r>
              <w:rPr>
                <w:spacing w:val="-1"/>
                <w:w w:val="105"/>
                <w:sz w:val="15"/>
              </w:rPr>
              <w:t>записи. Представление;</w:t>
            </w:r>
            <w:r>
              <w:rPr>
                <w:w w:val="105"/>
                <w:sz w:val="15"/>
              </w:rPr>
              <w:t>информации в;предложенной или;самостоятельно;выбранной форме.;Установление;истинностизаданных;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6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 самостоятельно составленных;</w:t>
            </w:r>
            <w:r>
              <w:rPr>
                <w:w w:val="105"/>
                <w:sz w:val="15"/>
              </w:rPr>
              <w:t>утверждений.;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 работы:;</w:t>
            </w:r>
            <w:r>
              <w:rPr>
                <w:w w:val="105"/>
                <w:sz w:val="15"/>
              </w:rPr>
              <w:t>учебные задачи с;точными и;приближёнными;данными;доступными;электронными;средствамиобучения;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509"/>
              <w:rPr>
                <w:sz w:val="15"/>
              </w:rPr>
            </w:pPr>
            <w:r>
              <w:rPr>
                <w:w w:val="105"/>
                <w:sz w:val="15"/>
              </w:rPr>
              <w:t>пособиями;Использование;</w:t>
            </w:r>
            <w:r>
              <w:rPr>
                <w:spacing w:val="-1"/>
                <w:w w:val="105"/>
                <w:sz w:val="15"/>
              </w:rPr>
              <w:t>простейших</w:t>
            </w:r>
            <w:r>
              <w:rPr>
                <w:w w:val="105"/>
                <w:sz w:val="15"/>
              </w:rPr>
              <w:t>шкали;измерительных;приборов.;Учебныйдиалог:;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324"/>
              <w:rPr>
                <w:sz w:val="15"/>
              </w:rPr>
            </w:pPr>
            <w:r>
              <w:rPr>
                <w:w w:val="105"/>
                <w:sz w:val="15"/>
              </w:rPr>
              <w:t>«Применение;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w w:val="105"/>
                <w:sz w:val="15"/>
              </w:rPr>
              <w:t>вучебных;и практических;ситуациях».;;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Практическая;работа;Самооценка с;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4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75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81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Сбор математических данных озаданном объекте (числе, величине,</w:t>
            </w:r>
            <w:r>
              <w:rPr>
                <w:b/>
                <w:spacing w:val="-1"/>
                <w:w w:val="105"/>
                <w:sz w:val="15"/>
              </w:rPr>
              <w:t xml:space="preserve">геометрической фигуре). </w:t>
            </w:r>
            <w:r>
              <w:rPr>
                <w:b/>
                <w:w w:val="105"/>
                <w:sz w:val="15"/>
              </w:rPr>
              <w:t>Поиск информации в справочной литературе, сетиИнтернет.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w w:val="105"/>
                <w:sz w:val="15"/>
              </w:rPr>
              <w:t>диалог:;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24"/>
              <w:rPr>
                <w:sz w:val="15"/>
              </w:rPr>
            </w:pPr>
            <w:r>
              <w:rPr>
                <w:w w:val="105"/>
                <w:sz w:val="15"/>
              </w:rPr>
              <w:t>«Применение;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w w:val="105"/>
                <w:sz w:val="15"/>
              </w:rPr>
              <w:t>вучебных;и практических;ситуациях».;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374"/>
              <w:rPr>
                <w:sz w:val="15"/>
              </w:rPr>
            </w:pPr>
            <w:r>
              <w:rPr>
                <w:w w:val="105"/>
                <w:sz w:val="15"/>
              </w:rPr>
              <w:t>Работа с;</w:t>
            </w:r>
            <w:r>
              <w:rPr>
                <w:spacing w:val="-1"/>
                <w:w w:val="105"/>
                <w:sz w:val="15"/>
              </w:rPr>
              <w:t>информацией:чтение;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представление;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 w:line="266" w:lineRule="auto"/>
              <w:ind w:right="1387"/>
              <w:rPr>
                <w:sz w:val="15"/>
              </w:rPr>
            </w:pPr>
            <w:r>
              <w:rPr>
                <w:w w:val="105"/>
                <w:sz w:val="15"/>
              </w:rPr>
              <w:t>формулирование;</w:t>
            </w:r>
            <w:r>
              <w:rPr>
                <w:spacing w:val="-1"/>
                <w:w w:val="105"/>
                <w:sz w:val="15"/>
              </w:rPr>
              <w:t>вывода относительно;</w:t>
            </w:r>
            <w:r>
              <w:rPr>
                <w:w w:val="105"/>
                <w:sz w:val="15"/>
              </w:rPr>
              <w:t>данных;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19" w:line="266" w:lineRule="auto"/>
              <w:ind w:right="1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представленных в табличной </w:t>
            </w:r>
            <w:r>
              <w:rPr>
                <w:w w:val="105"/>
                <w:sz w:val="15"/>
              </w:rPr>
              <w:t>форме (надиаграмме;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схеме;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другоймодели).;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Pr="005D6366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6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77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214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Записьинформациивпредложеннойтаблице,настолбчатойдиаграмме.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Pr="00B3048B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98"/>
              <w:rPr>
                <w:sz w:val="15"/>
              </w:rPr>
            </w:pPr>
            <w:r>
              <w:rPr>
                <w:w w:val="105"/>
                <w:sz w:val="15"/>
              </w:rPr>
              <w:t>Работа в;парах/группах.;</w:t>
            </w:r>
            <w:r>
              <w:rPr>
                <w:spacing w:val="-1"/>
                <w:w w:val="105"/>
                <w:sz w:val="15"/>
              </w:rPr>
              <w:t>Решениерасчётных;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2"/>
              <w:rPr>
                <w:sz w:val="15"/>
              </w:rPr>
            </w:pPr>
            <w:r>
              <w:rPr>
                <w:w w:val="105"/>
                <w:sz w:val="15"/>
              </w:rPr>
              <w:t>простых;комбинаторных и;логических задач.;Проведение;математических;</w:t>
            </w:r>
            <w:r>
              <w:rPr>
                <w:spacing w:val="-1"/>
                <w:w w:val="105"/>
                <w:sz w:val="15"/>
              </w:rPr>
              <w:t>исследований (таблица;</w:t>
            </w:r>
            <w:r>
              <w:rPr>
                <w:w w:val="105"/>
                <w:sz w:val="15"/>
              </w:rPr>
              <w:t>сложения и;умножения;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1"/>
              <w:rPr>
                <w:sz w:val="15"/>
              </w:rPr>
            </w:pPr>
            <w:r>
              <w:rPr>
                <w:w w:val="105"/>
                <w:sz w:val="15"/>
              </w:rPr>
              <w:t>ряды;</w:t>
            </w:r>
            <w:r>
              <w:rPr>
                <w:spacing w:val="-1"/>
                <w:w w:val="105"/>
                <w:sz w:val="15"/>
              </w:rPr>
              <w:t>чисел;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закономерности).;;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436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Доступныеэлектронныесредства</w:t>
            </w:r>
            <w:r>
              <w:rPr>
                <w:b/>
                <w:w w:val="105"/>
                <w:sz w:val="15"/>
              </w:rPr>
              <w:t>обучения,пособия,ихиспользованиеподруководствомпедагогаисамостоятельно.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90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Дифференцированное;задание: оформление;математической;</w:t>
            </w:r>
            <w:r>
              <w:rPr>
                <w:spacing w:val="-1"/>
                <w:w w:val="105"/>
                <w:sz w:val="15"/>
              </w:rPr>
              <w:t>записи. Представление;</w:t>
            </w:r>
            <w:r>
              <w:rPr>
                <w:w w:val="105"/>
                <w:sz w:val="15"/>
              </w:rPr>
              <w:t>информации в;предложенной или;самостоятельно;выбранной форме.;Установление;истинности заданных;и самостоятельно;составленных;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4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утверждений.Практические работы:;</w:t>
            </w:r>
            <w:r>
              <w:rPr>
                <w:w w:val="105"/>
                <w:sz w:val="15"/>
              </w:rPr>
              <w:t>учебныезадачис;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400"/>
              <w:rPr>
                <w:sz w:val="15"/>
              </w:rPr>
            </w:pPr>
            <w:r>
              <w:rPr>
                <w:w w:val="105"/>
                <w:sz w:val="15"/>
              </w:rPr>
              <w:t>точными и;приближёнными;данными;доступными;электронными;</w:t>
            </w:r>
            <w:r>
              <w:rPr>
                <w:spacing w:val="-1"/>
                <w:w w:val="105"/>
                <w:sz w:val="15"/>
              </w:rPr>
              <w:t>средствамиобучения;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пособиями;;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683B4D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8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Электронноеприложениекучебнику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класс(Диск СD),авторыС.ИВолкова,С.П.Максимоваединаяколлекцияцифровыхобразовательныхресурсов(илипоадресу:</w:t>
            </w:r>
            <w:hyperlink r:id="rId279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10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Правилабезопасной</w:t>
            </w:r>
            <w:r>
              <w:rPr>
                <w:b/>
                <w:w w:val="105"/>
                <w:sz w:val="15"/>
              </w:rPr>
              <w:t>работысэлектроннымиисточникамиинформации.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Применение </w:t>
            </w:r>
            <w:r>
              <w:rPr>
                <w:w w:val="105"/>
                <w:sz w:val="15"/>
              </w:rPr>
              <w:t>правил;</w:t>
            </w:r>
            <w:r>
              <w:rPr>
                <w:spacing w:val="-1"/>
                <w:w w:val="105"/>
                <w:sz w:val="15"/>
              </w:rPr>
              <w:t>безопасной</w:t>
            </w:r>
            <w:r>
              <w:rPr>
                <w:w w:val="105"/>
                <w:sz w:val="15"/>
              </w:rPr>
              <w:t>работыс;электронными;источниками;информации.;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969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6.7.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Алгоритмы</w:t>
            </w:r>
            <w:r>
              <w:rPr>
                <w:b/>
                <w:w w:val="105"/>
                <w:sz w:val="15"/>
              </w:rPr>
              <w:t>длярешенияучебныхипрактическихзадач.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01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-1"/>
                <w:w w:val="105"/>
                <w:sz w:val="15"/>
              </w:rPr>
              <w:t>простейших</w:t>
            </w:r>
            <w:r>
              <w:rPr>
                <w:w w:val="105"/>
                <w:sz w:val="15"/>
              </w:rPr>
              <w:t>шкали;измерительных;приборов.;;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Контрольная;работа;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Итогопоразделу: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Резервноевремя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ОБЩЕЕКОЛИЧЕСТВО</w:t>
            </w:r>
            <w:r>
              <w:rPr>
                <w:w w:val="105"/>
                <w:sz w:val="15"/>
              </w:rPr>
              <w:t>ЧАСОВПОПРОГРАММЕ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12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6445" w:type="dxa"/>
            <w:gridSpan w:val="4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5A1040" w:rsidRDefault="00883FB4" w:rsidP="005A1040">
      <w:pPr>
        <w:widowControl/>
        <w:shd w:val="clear" w:color="auto" w:fill="FFFFFF"/>
        <w:autoSpaceDE/>
        <w:autoSpaceDN/>
        <w:spacing w:after="150"/>
        <w:ind w:left="285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58000" cy="10287000"/>
            <wp:effectExtent l="19050" t="0" r="0" b="0"/>
            <wp:docPr id="2" name="Рисунок 2" descr="C:\Users\Admin00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0\Pictures\img086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040" w:rsidSect="008D5E73">
      <w:pgSz w:w="11900" w:h="16840"/>
      <w:pgMar w:top="280" w:right="560" w:bottom="580" w:left="5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FB3" w:rsidRDefault="00024FB3" w:rsidP="009C1BD2">
      <w:r>
        <w:separator/>
      </w:r>
    </w:p>
  </w:endnote>
  <w:endnote w:type="continuationSeparator" w:id="1">
    <w:p w:rsidR="00024FB3" w:rsidRDefault="00024FB3" w:rsidP="009C1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FB3" w:rsidRDefault="00024FB3" w:rsidP="009C1BD2">
      <w:r>
        <w:separator/>
      </w:r>
    </w:p>
  </w:footnote>
  <w:footnote w:type="continuationSeparator" w:id="1">
    <w:p w:rsidR="00024FB3" w:rsidRDefault="00024FB3" w:rsidP="009C1B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90F4150"/>
    <w:multiLevelType w:val="hybridMultilevel"/>
    <w:tmpl w:val="C7E8C268"/>
    <w:lvl w:ilvl="0" w:tplc="BB542E22">
      <w:start w:val="1"/>
      <w:numFmt w:val="decimal"/>
      <w:lvlText w:val="%1)"/>
      <w:lvlJc w:val="left"/>
      <w:pPr>
        <w:ind w:left="611" w:hanging="3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96E7430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824484">
      <w:numFmt w:val="bullet"/>
      <w:lvlText w:val="•"/>
      <w:lvlJc w:val="left"/>
      <w:pPr>
        <w:ind w:left="1748" w:hanging="360"/>
      </w:pPr>
      <w:rPr>
        <w:lang w:val="ru-RU" w:eastAsia="en-US" w:bidi="ar-SA"/>
      </w:rPr>
    </w:lvl>
    <w:lvl w:ilvl="3" w:tplc="C726771E">
      <w:numFmt w:val="bullet"/>
      <w:lvlText w:val="•"/>
      <w:lvlJc w:val="left"/>
      <w:pPr>
        <w:ind w:left="2877" w:hanging="360"/>
      </w:pPr>
      <w:rPr>
        <w:lang w:val="ru-RU" w:eastAsia="en-US" w:bidi="ar-SA"/>
      </w:rPr>
    </w:lvl>
    <w:lvl w:ilvl="4" w:tplc="345AE632">
      <w:numFmt w:val="bullet"/>
      <w:lvlText w:val="•"/>
      <w:lvlJc w:val="left"/>
      <w:pPr>
        <w:ind w:left="4006" w:hanging="360"/>
      </w:pPr>
      <w:rPr>
        <w:lang w:val="ru-RU" w:eastAsia="en-US" w:bidi="ar-SA"/>
      </w:rPr>
    </w:lvl>
    <w:lvl w:ilvl="5" w:tplc="CFB28A0E">
      <w:numFmt w:val="bullet"/>
      <w:lvlText w:val="•"/>
      <w:lvlJc w:val="left"/>
      <w:pPr>
        <w:ind w:left="5135" w:hanging="360"/>
      </w:pPr>
      <w:rPr>
        <w:lang w:val="ru-RU" w:eastAsia="en-US" w:bidi="ar-SA"/>
      </w:rPr>
    </w:lvl>
    <w:lvl w:ilvl="6" w:tplc="AEDCA042">
      <w:numFmt w:val="bullet"/>
      <w:lvlText w:val="•"/>
      <w:lvlJc w:val="left"/>
      <w:pPr>
        <w:ind w:left="6264" w:hanging="360"/>
      </w:pPr>
      <w:rPr>
        <w:lang w:val="ru-RU" w:eastAsia="en-US" w:bidi="ar-SA"/>
      </w:rPr>
    </w:lvl>
    <w:lvl w:ilvl="7" w:tplc="7D42F098">
      <w:numFmt w:val="bullet"/>
      <w:lvlText w:val="•"/>
      <w:lvlJc w:val="left"/>
      <w:pPr>
        <w:ind w:left="7392" w:hanging="360"/>
      </w:pPr>
      <w:rPr>
        <w:lang w:val="ru-RU" w:eastAsia="en-US" w:bidi="ar-SA"/>
      </w:rPr>
    </w:lvl>
    <w:lvl w:ilvl="8" w:tplc="AF0024A4">
      <w:numFmt w:val="bullet"/>
      <w:lvlText w:val="•"/>
      <w:lvlJc w:val="left"/>
      <w:pPr>
        <w:ind w:left="8521" w:hanging="360"/>
      </w:pPr>
      <w:rPr>
        <w:lang w:val="ru-RU" w:eastAsia="en-US" w:bidi="ar-SA"/>
      </w:rPr>
    </w:lvl>
  </w:abstractNum>
  <w:abstractNum w:abstractNumId="7">
    <w:nsid w:val="10B521E5"/>
    <w:multiLevelType w:val="hybridMultilevel"/>
    <w:tmpl w:val="115C59CA"/>
    <w:lvl w:ilvl="0" w:tplc="296A32F6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A16CE">
      <w:numFmt w:val="bullet"/>
      <w:lvlText w:val="•"/>
      <w:lvlJc w:val="left"/>
      <w:pPr>
        <w:ind w:left="1563" w:hanging="360"/>
      </w:pPr>
      <w:rPr>
        <w:lang w:val="ru-RU" w:eastAsia="en-US" w:bidi="ar-SA"/>
      </w:rPr>
    </w:lvl>
    <w:lvl w:ilvl="2" w:tplc="3320A7E4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3" w:tplc="7A18650A">
      <w:numFmt w:val="bullet"/>
      <w:lvlText w:val="•"/>
      <w:lvlJc w:val="left"/>
      <w:pPr>
        <w:ind w:left="3611" w:hanging="360"/>
      </w:pPr>
      <w:rPr>
        <w:lang w:val="ru-RU" w:eastAsia="en-US" w:bidi="ar-SA"/>
      </w:rPr>
    </w:lvl>
    <w:lvl w:ilvl="4" w:tplc="C244605A">
      <w:numFmt w:val="bullet"/>
      <w:lvlText w:val="•"/>
      <w:lvlJc w:val="left"/>
      <w:pPr>
        <w:ind w:left="4635" w:hanging="360"/>
      </w:pPr>
      <w:rPr>
        <w:lang w:val="ru-RU" w:eastAsia="en-US" w:bidi="ar-SA"/>
      </w:rPr>
    </w:lvl>
    <w:lvl w:ilvl="5" w:tplc="E7C04E96">
      <w:numFmt w:val="bullet"/>
      <w:lvlText w:val="•"/>
      <w:lvlJc w:val="left"/>
      <w:pPr>
        <w:ind w:left="5659" w:hanging="360"/>
      </w:pPr>
      <w:rPr>
        <w:lang w:val="ru-RU" w:eastAsia="en-US" w:bidi="ar-SA"/>
      </w:rPr>
    </w:lvl>
    <w:lvl w:ilvl="6" w:tplc="3ADA26D4">
      <w:numFmt w:val="bullet"/>
      <w:lvlText w:val="•"/>
      <w:lvlJc w:val="left"/>
      <w:pPr>
        <w:ind w:left="6683" w:hanging="360"/>
      </w:pPr>
      <w:rPr>
        <w:lang w:val="ru-RU" w:eastAsia="en-US" w:bidi="ar-SA"/>
      </w:rPr>
    </w:lvl>
    <w:lvl w:ilvl="7" w:tplc="0442C706">
      <w:numFmt w:val="bullet"/>
      <w:lvlText w:val="•"/>
      <w:lvlJc w:val="left"/>
      <w:pPr>
        <w:ind w:left="7707" w:hanging="360"/>
      </w:pPr>
      <w:rPr>
        <w:lang w:val="ru-RU" w:eastAsia="en-US" w:bidi="ar-SA"/>
      </w:rPr>
    </w:lvl>
    <w:lvl w:ilvl="8" w:tplc="A470F8FC">
      <w:numFmt w:val="bullet"/>
      <w:lvlText w:val="•"/>
      <w:lvlJc w:val="left"/>
      <w:pPr>
        <w:ind w:left="8731" w:hanging="360"/>
      </w:pPr>
      <w:rPr>
        <w:lang w:val="ru-RU" w:eastAsia="en-US" w:bidi="ar-SA"/>
      </w:rPr>
    </w:lvl>
  </w:abstractNum>
  <w:abstractNum w:abstractNumId="8">
    <w:nsid w:val="213A679A"/>
    <w:multiLevelType w:val="hybridMultilevel"/>
    <w:tmpl w:val="A1B06C92"/>
    <w:lvl w:ilvl="0" w:tplc="995256EC">
      <w:start w:val="1"/>
      <w:numFmt w:val="decimal"/>
      <w:lvlText w:val="%1."/>
      <w:lvlJc w:val="left"/>
      <w:pPr>
        <w:ind w:left="45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2D9BC">
      <w:numFmt w:val="bullet"/>
      <w:lvlText w:val="•"/>
      <w:lvlJc w:val="left"/>
      <w:pPr>
        <w:ind w:left="1815" w:hanging="240"/>
      </w:pPr>
      <w:rPr>
        <w:rFonts w:hint="default"/>
        <w:lang w:val="ru-RU" w:eastAsia="en-US" w:bidi="ar-SA"/>
      </w:rPr>
    </w:lvl>
    <w:lvl w:ilvl="2" w:tplc="C2002D72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3" w:tplc="FD8A3FA4">
      <w:numFmt w:val="bullet"/>
      <w:lvlText w:val="•"/>
      <w:lvlJc w:val="left"/>
      <w:pPr>
        <w:ind w:left="4527" w:hanging="240"/>
      </w:pPr>
      <w:rPr>
        <w:rFonts w:hint="default"/>
        <w:lang w:val="ru-RU" w:eastAsia="en-US" w:bidi="ar-SA"/>
      </w:rPr>
    </w:lvl>
    <w:lvl w:ilvl="4" w:tplc="E230EF8A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5" w:tplc="410AA8FC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6" w:tplc="688EAA26">
      <w:numFmt w:val="bullet"/>
      <w:lvlText w:val="•"/>
      <w:lvlJc w:val="left"/>
      <w:pPr>
        <w:ind w:left="8595" w:hanging="240"/>
      </w:pPr>
      <w:rPr>
        <w:rFonts w:hint="default"/>
        <w:lang w:val="ru-RU" w:eastAsia="en-US" w:bidi="ar-SA"/>
      </w:rPr>
    </w:lvl>
    <w:lvl w:ilvl="7" w:tplc="037AD0CE">
      <w:numFmt w:val="bullet"/>
      <w:lvlText w:val="•"/>
      <w:lvlJc w:val="left"/>
      <w:pPr>
        <w:ind w:left="9950" w:hanging="240"/>
      </w:pPr>
      <w:rPr>
        <w:rFonts w:hint="default"/>
        <w:lang w:val="ru-RU" w:eastAsia="en-US" w:bidi="ar-SA"/>
      </w:rPr>
    </w:lvl>
    <w:lvl w:ilvl="8" w:tplc="FA84619A">
      <w:numFmt w:val="bullet"/>
      <w:lvlText w:val="•"/>
      <w:lvlJc w:val="left"/>
      <w:pPr>
        <w:ind w:left="11306" w:hanging="240"/>
      </w:pPr>
      <w:rPr>
        <w:rFonts w:hint="default"/>
        <w:lang w:val="ru-RU" w:eastAsia="en-US" w:bidi="ar-SA"/>
      </w:rPr>
    </w:lvl>
  </w:abstractNum>
  <w:abstractNum w:abstractNumId="9">
    <w:nsid w:val="33AC0637"/>
    <w:multiLevelType w:val="hybridMultilevel"/>
    <w:tmpl w:val="48B82EC6"/>
    <w:lvl w:ilvl="0" w:tplc="A74EE724">
      <w:start w:val="1"/>
      <w:numFmt w:val="decimal"/>
      <w:lvlText w:val="%1)"/>
      <w:lvlJc w:val="left"/>
      <w:pPr>
        <w:ind w:left="611" w:hanging="3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52ED6D6">
      <w:numFmt w:val="bullet"/>
      <w:lvlText w:val="—"/>
      <w:lvlJc w:val="left"/>
      <w:pPr>
        <w:ind w:left="5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A14E4">
      <w:numFmt w:val="bullet"/>
      <w:lvlText w:val="•"/>
      <w:lvlJc w:val="left"/>
      <w:pPr>
        <w:ind w:left="1748" w:hanging="365"/>
      </w:pPr>
      <w:rPr>
        <w:lang w:val="ru-RU" w:eastAsia="en-US" w:bidi="ar-SA"/>
      </w:rPr>
    </w:lvl>
    <w:lvl w:ilvl="3" w:tplc="E1480648">
      <w:numFmt w:val="bullet"/>
      <w:lvlText w:val="•"/>
      <w:lvlJc w:val="left"/>
      <w:pPr>
        <w:ind w:left="2877" w:hanging="365"/>
      </w:pPr>
      <w:rPr>
        <w:lang w:val="ru-RU" w:eastAsia="en-US" w:bidi="ar-SA"/>
      </w:rPr>
    </w:lvl>
    <w:lvl w:ilvl="4" w:tplc="6A32671A">
      <w:numFmt w:val="bullet"/>
      <w:lvlText w:val="•"/>
      <w:lvlJc w:val="left"/>
      <w:pPr>
        <w:ind w:left="4006" w:hanging="365"/>
      </w:pPr>
      <w:rPr>
        <w:lang w:val="ru-RU" w:eastAsia="en-US" w:bidi="ar-SA"/>
      </w:rPr>
    </w:lvl>
    <w:lvl w:ilvl="5" w:tplc="A764350C">
      <w:numFmt w:val="bullet"/>
      <w:lvlText w:val="•"/>
      <w:lvlJc w:val="left"/>
      <w:pPr>
        <w:ind w:left="5135" w:hanging="365"/>
      </w:pPr>
      <w:rPr>
        <w:lang w:val="ru-RU" w:eastAsia="en-US" w:bidi="ar-SA"/>
      </w:rPr>
    </w:lvl>
    <w:lvl w:ilvl="6" w:tplc="77D21B10">
      <w:numFmt w:val="bullet"/>
      <w:lvlText w:val="•"/>
      <w:lvlJc w:val="left"/>
      <w:pPr>
        <w:ind w:left="6264" w:hanging="365"/>
      </w:pPr>
      <w:rPr>
        <w:lang w:val="ru-RU" w:eastAsia="en-US" w:bidi="ar-SA"/>
      </w:rPr>
    </w:lvl>
    <w:lvl w:ilvl="7" w:tplc="A46EB496">
      <w:numFmt w:val="bullet"/>
      <w:lvlText w:val="•"/>
      <w:lvlJc w:val="left"/>
      <w:pPr>
        <w:ind w:left="7392" w:hanging="365"/>
      </w:pPr>
      <w:rPr>
        <w:lang w:val="ru-RU" w:eastAsia="en-US" w:bidi="ar-SA"/>
      </w:rPr>
    </w:lvl>
    <w:lvl w:ilvl="8" w:tplc="5F5004E4">
      <w:numFmt w:val="bullet"/>
      <w:lvlText w:val="•"/>
      <w:lvlJc w:val="left"/>
      <w:pPr>
        <w:ind w:left="8521" w:hanging="365"/>
      </w:pPr>
      <w:rPr>
        <w:lang w:val="ru-RU" w:eastAsia="en-US" w:bidi="ar-SA"/>
      </w:rPr>
    </w:lvl>
  </w:abstractNum>
  <w:abstractNum w:abstractNumId="10">
    <w:nsid w:val="3B4327EC"/>
    <w:multiLevelType w:val="hybridMultilevel"/>
    <w:tmpl w:val="9440EA6E"/>
    <w:lvl w:ilvl="0" w:tplc="41361BB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AB310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410E5C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ED7A18D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87CACECA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99BA1FBE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14B233D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E50CB1E6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336AD58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1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1518B1"/>
    <w:multiLevelType w:val="hybridMultilevel"/>
    <w:tmpl w:val="CD188E0C"/>
    <w:lvl w:ilvl="0" w:tplc="0B389E00">
      <w:start w:val="1"/>
      <w:numFmt w:val="decimal"/>
      <w:lvlText w:val="%1)"/>
      <w:lvlJc w:val="left"/>
      <w:pPr>
        <w:ind w:left="610" w:hanging="325"/>
      </w:pPr>
      <w:rPr>
        <w:rFonts w:hint="default"/>
        <w:i/>
        <w:iCs/>
        <w:w w:val="100"/>
        <w:lang w:val="ru-RU" w:eastAsia="en-US" w:bidi="ar-SA"/>
      </w:rPr>
    </w:lvl>
    <w:lvl w:ilvl="1" w:tplc="E80E028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A0D052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69F8D398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2A6E3F7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565A56C0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945AA3E8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A7C6DDC6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AC8E5C7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3">
    <w:nsid w:val="50157B65"/>
    <w:multiLevelType w:val="hybridMultilevel"/>
    <w:tmpl w:val="4BFC6AC4"/>
    <w:lvl w:ilvl="0" w:tplc="548CFFC4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9AA80D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B28E0E">
      <w:numFmt w:val="bullet"/>
      <w:lvlText w:val="•"/>
      <w:lvlJc w:val="left"/>
      <w:pPr>
        <w:ind w:left="1751" w:hanging="361"/>
      </w:pPr>
      <w:rPr>
        <w:lang w:val="ru-RU" w:eastAsia="en-US" w:bidi="ar-SA"/>
      </w:rPr>
    </w:lvl>
    <w:lvl w:ilvl="3" w:tplc="242AD7EA">
      <w:numFmt w:val="bullet"/>
      <w:lvlText w:val="•"/>
      <w:lvlJc w:val="left"/>
      <w:pPr>
        <w:ind w:left="2882" w:hanging="361"/>
      </w:pPr>
      <w:rPr>
        <w:lang w:val="ru-RU" w:eastAsia="en-US" w:bidi="ar-SA"/>
      </w:rPr>
    </w:lvl>
    <w:lvl w:ilvl="4" w:tplc="E7C40E62">
      <w:numFmt w:val="bullet"/>
      <w:lvlText w:val="•"/>
      <w:lvlJc w:val="left"/>
      <w:pPr>
        <w:ind w:left="4013" w:hanging="361"/>
      </w:pPr>
      <w:rPr>
        <w:lang w:val="ru-RU" w:eastAsia="en-US" w:bidi="ar-SA"/>
      </w:rPr>
    </w:lvl>
    <w:lvl w:ilvl="5" w:tplc="328222A2">
      <w:numFmt w:val="bullet"/>
      <w:lvlText w:val="•"/>
      <w:lvlJc w:val="left"/>
      <w:pPr>
        <w:ind w:left="5144" w:hanging="361"/>
      </w:pPr>
      <w:rPr>
        <w:lang w:val="ru-RU" w:eastAsia="en-US" w:bidi="ar-SA"/>
      </w:rPr>
    </w:lvl>
    <w:lvl w:ilvl="6" w:tplc="E2940942">
      <w:numFmt w:val="bullet"/>
      <w:lvlText w:val="•"/>
      <w:lvlJc w:val="left"/>
      <w:pPr>
        <w:ind w:left="6275" w:hanging="361"/>
      </w:pPr>
      <w:rPr>
        <w:lang w:val="ru-RU" w:eastAsia="en-US" w:bidi="ar-SA"/>
      </w:rPr>
    </w:lvl>
    <w:lvl w:ilvl="7" w:tplc="A7A8661A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5A7244E6">
      <w:numFmt w:val="bullet"/>
      <w:lvlText w:val="•"/>
      <w:lvlJc w:val="left"/>
      <w:pPr>
        <w:ind w:left="8537" w:hanging="361"/>
      </w:pPr>
      <w:rPr>
        <w:lang w:val="ru-RU" w:eastAsia="en-US" w:bidi="ar-SA"/>
      </w:rPr>
    </w:lvl>
  </w:abstractNum>
  <w:abstractNum w:abstractNumId="14">
    <w:nsid w:val="53C610B5"/>
    <w:multiLevelType w:val="hybridMultilevel"/>
    <w:tmpl w:val="597C3BF6"/>
    <w:lvl w:ilvl="0" w:tplc="D23CE94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A315E">
      <w:numFmt w:val="bullet"/>
      <w:lvlText w:val="•"/>
      <w:lvlJc w:val="left"/>
      <w:pPr>
        <w:ind w:left="1548" w:hanging="361"/>
      </w:pPr>
      <w:rPr>
        <w:lang w:val="ru-RU" w:eastAsia="en-US" w:bidi="ar-SA"/>
      </w:rPr>
    </w:lvl>
    <w:lvl w:ilvl="2" w:tplc="4FDE492E">
      <w:numFmt w:val="bullet"/>
      <w:lvlText w:val="•"/>
      <w:lvlJc w:val="left"/>
      <w:pPr>
        <w:ind w:left="2576" w:hanging="361"/>
      </w:pPr>
      <w:rPr>
        <w:lang w:val="ru-RU" w:eastAsia="en-US" w:bidi="ar-SA"/>
      </w:rPr>
    </w:lvl>
    <w:lvl w:ilvl="3" w:tplc="CAF6D902">
      <w:numFmt w:val="bullet"/>
      <w:lvlText w:val="•"/>
      <w:lvlJc w:val="left"/>
      <w:pPr>
        <w:ind w:left="3604" w:hanging="361"/>
      </w:pPr>
      <w:rPr>
        <w:lang w:val="ru-RU" w:eastAsia="en-US" w:bidi="ar-SA"/>
      </w:rPr>
    </w:lvl>
    <w:lvl w:ilvl="4" w:tplc="C72C920A">
      <w:numFmt w:val="bullet"/>
      <w:lvlText w:val="•"/>
      <w:lvlJc w:val="left"/>
      <w:pPr>
        <w:ind w:left="4632" w:hanging="361"/>
      </w:pPr>
      <w:rPr>
        <w:lang w:val="ru-RU" w:eastAsia="en-US" w:bidi="ar-SA"/>
      </w:rPr>
    </w:lvl>
    <w:lvl w:ilvl="5" w:tplc="3356F8C6">
      <w:numFmt w:val="bullet"/>
      <w:lvlText w:val="•"/>
      <w:lvlJc w:val="left"/>
      <w:pPr>
        <w:ind w:left="5660" w:hanging="361"/>
      </w:pPr>
      <w:rPr>
        <w:lang w:val="ru-RU" w:eastAsia="en-US" w:bidi="ar-SA"/>
      </w:rPr>
    </w:lvl>
    <w:lvl w:ilvl="6" w:tplc="7C205268">
      <w:numFmt w:val="bullet"/>
      <w:lvlText w:val="•"/>
      <w:lvlJc w:val="left"/>
      <w:pPr>
        <w:ind w:left="6688" w:hanging="361"/>
      </w:pPr>
      <w:rPr>
        <w:lang w:val="ru-RU" w:eastAsia="en-US" w:bidi="ar-SA"/>
      </w:rPr>
    </w:lvl>
    <w:lvl w:ilvl="7" w:tplc="EF8A46C6">
      <w:numFmt w:val="bullet"/>
      <w:lvlText w:val="•"/>
      <w:lvlJc w:val="left"/>
      <w:pPr>
        <w:ind w:left="7716" w:hanging="361"/>
      </w:pPr>
      <w:rPr>
        <w:lang w:val="ru-RU" w:eastAsia="en-US" w:bidi="ar-SA"/>
      </w:rPr>
    </w:lvl>
    <w:lvl w:ilvl="8" w:tplc="9BB63A5A">
      <w:numFmt w:val="bullet"/>
      <w:lvlText w:val="•"/>
      <w:lvlJc w:val="left"/>
      <w:pPr>
        <w:ind w:left="8744" w:hanging="361"/>
      </w:pPr>
      <w:rPr>
        <w:lang w:val="ru-RU" w:eastAsia="en-US" w:bidi="ar-SA"/>
      </w:rPr>
    </w:lvl>
  </w:abstractNum>
  <w:abstractNum w:abstractNumId="15">
    <w:nsid w:val="5BF34720"/>
    <w:multiLevelType w:val="hybridMultilevel"/>
    <w:tmpl w:val="D690EC5E"/>
    <w:lvl w:ilvl="0" w:tplc="70B07FE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6CF7A">
      <w:numFmt w:val="bullet"/>
      <w:lvlText w:val="•"/>
      <w:lvlJc w:val="left"/>
      <w:pPr>
        <w:ind w:left="1548" w:hanging="361"/>
      </w:pPr>
      <w:rPr>
        <w:lang w:val="ru-RU" w:eastAsia="en-US" w:bidi="ar-SA"/>
      </w:rPr>
    </w:lvl>
    <w:lvl w:ilvl="2" w:tplc="23F6DDBA">
      <w:numFmt w:val="bullet"/>
      <w:lvlText w:val="•"/>
      <w:lvlJc w:val="left"/>
      <w:pPr>
        <w:ind w:left="2576" w:hanging="361"/>
      </w:pPr>
      <w:rPr>
        <w:lang w:val="ru-RU" w:eastAsia="en-US" w:bidi="ar-SA"/>
      </w:rPr>
    </w:lvl>
    <w:lvl w:ilvl="3" w:tplc="BD969E92">
      <w:numFmt w:val="bullet"/>
      <w:lvlText w:val="•"/>
      <w:lvlJc w:val="left"/>
      <w:pPr>
        <w:ind w:left="3604" w:hanging="361"/>
      </w:pPr>
      <w:rPr>
        <w:lang w:val="ru-RU" w:eastAsia="en-US" w:bidi="ar-SA"/>
      </w:rPr>
    </w:lvl>
    <w:lvl w:ilvl="4" w:tplc="F58CAC0E">
      <w:numFmt w:val="bullet"/>
      <w:lvlText w:val="•"/>
      <w:lvlJc w:val="left"/>
      <w:pPr>
        <w:ind w:left="4632" w:hanging="361"/>
      </w:pPr>
      <w:rPr>
        <w:lang w:val="ru-RU" w:eastAsia="en-US" w:bidi="ar-SA"/>
      </w:rPr>
    </w:lvl>
    <w:lvl w:ilvl="5" w:tplc="142E7AEA">
      <w:numFmt w:val="bullet"/>
      <w:lvlText w:val="•"/>
      <w:lvlJc w:val="left"/>
      <w:pPr>
        <w:ind w:left="5660" w:hanging="361"/>
      </w:pPr>
      <w:rPr>
        <w:lang w:val="ru-RU" w:eastAsia="en-US" w:bidi="ar-SA"/>
      </w:rPr>
    </w:lvl>
    <w:lvl w:ilvl="6" w:tplc="D3225772">
      <w:numFmt w:val="bullet"/>
      <w:lvlText w:val="•"/>
      <w:lvlJc w:val="left"/>
      <w:pPr>
        <w:ind w:left="6688" w:hanging="361"/>
      </w:pPr>
      <w:rPr>
        <w:lang w:val="ru-RU" w:eastAsia="en-US" w:bidi="ar-SA"/>
      </w:rPr>
    </w:lvl>
    <w:lvl w:ilvl="7" w:tplc="2EB8C826">
      <w:numFmt w:val="bullet"/>
      <w:lvlText w:val="•"/>
      <w:lvlJc w:val="left"/>
      <w:pPr>
        <w:ind w:left="7716" w:hanging="361"/>
      </w:pPr>
      <w:rPr>
        <w:lang w:val="ru-RU" w:eastAsia="en-US" w:bidi="ar-SA"/>
      </w:rPr>
    </w:lvl>
    <w:lvl w:ilvl="8" w:tplc="0826DFC4">
      <w:numFmt w:val="bullet"/>
      <w:lvlText w:val="•"/>
      <w:lvlJc w:val="left"/>
      <w:pPr>
        <w:ind w:left="8744" w:hanging="361"/>
      </w:pPr>
      <w:rPr>
        <w:lang w:val="ru-RU" w:eastAsia="en-US" w:bidi="ar-SA"/>
      </w:rPr>
    </w:lvl>
  </w:abstractNum>
  <w:abstractNum w:abstractNumId="16">
    <w:nsid w:val="5F353DF5"/>
    <w:multiLevelType w:val="hybridMultilevel"/>
    <w:tmpl w:val="60E212CE"/>
    <w:lvl w:ilvl="0" w:tplc="A8402FDA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822B2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A38EA30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BA2A6D1E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79E60F3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1B1A074C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28A4A6F4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7FAC69E2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7BD6289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7">
    <w:nsid w:val="60DD3C25"/>
    <w:multiLevelType w:val="hybridMultilevel"/>
    <w:tmpl w:val="09FE900E"/>
    <w:lvl w:ilvl="0" w:tplc="FC9A23EE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421DC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323518">
      <w:numFmt w:val="bullet"/>
      <w:lvlText w:val="•"/>
      <w:lvlJc w:val="left"/>
      <w:pPr>
        <w:ind w:left="1751" w:hanging="361"/>
      </w:pPr>
      <w:rPr>
        <w:lang w:val="ru-RU" w:eastAsia="en-US" w:bidi="ar-SA"/>
      </w:rPr>
    </w:lvl>
    <w:lvl w:ilvl="3" w:tplc="59DA9432">
      <w:numFmt w:val="bullet"/>
      <w:lvlText w:val="•"/>
      <w:lvlJc w:val="left"/>
      <w:pPr>
        <w:ind w:left="2882" w:hanging="361"/>
      </w:pPr>
      <w:rPr>
        <w:lang w:val="ru-RU" w:eastAsia="en-US" w:bidi="ar-SA"/>
      </w:rPr>
    </w:lvl>
    <w:lvl w:ilvl="4" w:tplc="E8F2326E">
      <w:numFmt w:val="bullet"/>
      <w:lvlText w:val="•"/>
      <w:lvlJc w:val="left"/>
      <w:pPr>
        <w:ind w:left="4013" w:hanging="361"/>
      </w:pPr>
      <w:rPr>
        <w:lang w:val="ru-RU" w:eastAsia="en-US" w:bidi="ar-SA"/>
      </w:rPr>
    </w:lvl>
    <w:lvl w:ilvl="5" w:tplc="F3582928">
      <w:numFmt w:val="bullet"/>
      <w:lvlText w:val="•"/>
      <w:lvlJc w:val="left"/>
      <w:pPr>
        <w:ind w:left="5144" w:hanging="361"/>
      </w:pPr>
      <w:rPr>
        <w:lang w:val="ru-RU" w:eastAsia="en-US" w:bidi="ar-SA"/>
      </w:rPr>
    </w:lvl>
    <w:lvl w:ilvl="6" w:tplc="34E6C2DC">
      <w:numFmt w:val="bullet"/>
      <w:lvlText w:val="•"/>
      <w:lvlJc w:val="left"/>
      <w:pPr>
        <w:ind w:left="6275" w:hanging="361"/>
      </w:pPr>
      <w:rPr>
        <w:lang w:val="ru-RU" w:eastAsia="en-US" w:bidi="ar-SA"/>
      </w:rPr>
    </w:lvl>
    <w:lvl w:ilvl="7" w:tplc="0A6630FC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A50089C4">
      <w:numFmt w:val="bullet"/>
      <w:lvlText w:val="•"/>
      <w:lvlJc w:val="left"/>
      <w:pPr>
        <w:ind w:left="8537" w:hanging="361"/>
      </w:pPr>
      <w:rPr>
        <w:lang w:val="ru-RU" w:eastAsia="en-US" w:bidi="ar-SA"/>
      </w:rPr>
    </w:lvl>
  </w:abstractNum>
  <w:abstractNum w:abstractNumId="18">
    <w:nsid w:val="696F11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D9007A"/>
    <w:multiLevelType w:val="hybridMultilevel"/>
    <w:tmpl w:val="E3D0208A"/>
    <w:lvl w:ilvl="0" w:tplc="AFC23390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EBFBA">
      <w:numFmt w:val="bullet"/>
      <w:lvlText w:val="•"/>
      <w:lvlJc w:val="left"/>
      <w:pPr>
        <w:ind w:left="1563" w:hanging="360"/>
      </w:pPr>
      <w:rPr>
        <w:lang w:val="ru-RU" w:eastAsia="en-US" w:bidi="ar-SA"/>
      </w:rPr>
    </w:lvl>
    <w:lvl w:ilvl="2" w:tplc="CE7AB4BC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3" w:tplc="06D0C6C8">
      <w:numFmt w:val="bullet"/>
      <w:lvlText w:val="•"/>
      <w:lvlJc w:val="left"/>
      <w:pPr>
        <w:ind w:left="3611" w:hanging="360"/>
      </w:pPr>
      <w:rPr>
        <w:lang w:val="ru-RU" w:eastAsia="en-US" w:bidi="ar-SA"/>
      </w:rPr>
    </w:lvl>
    <w:lvl w:ilvl="4" w:tplc="7FD6ACF8">
      <w:numFmt w:val="bullet"/>
      <w:lvlText w:val="•"/>
      <w:lvlJc w:val="left"/>
      <w:pPr>
        <w:ind w:left="4635" w:hanging="360"/>
      </w:pPr>
      <w:rPr>
        <w:lang w:val="ru-RU" w:eastAsia="en-US" w:bidi="ar-SA"/>
      </w:rPr>
    </w:lvl>
    <w:lvl w:ilvl="5" w:tplc="534E6C1A">
      <w:numFmt w:val="bullet"/>
      <w:lvlText w:val="•"/>
      <w:lvlJc w:val="left"/>
      <w:pPr>
        <w:ind w:left="5659" w:hanging="360"/>
      </w:pPr>
      <w:rPr>
        <w:lang w:val="ru-RU" w:eastAsia="en-US" w:bidi="ar-SA"/>
      </w:rPr>
    </w:lvl>
    <w:lvl w:ilvl="6" w:tplc="B4443F2A">
      <w:numFmt w:val="bullet"/>
      <w:lvlText w:val="•"/>
      <w:lvlJc w:val="left"/>
      <w:pPr>
        <w:ind w:left="6683" w:hanging="360"/>
      </w:pPr>
      <w:rPr>
        <w:lang w:val="ru-RU" w:eastAsia="en-US" w:bidi="ar-SA"/>
      </w:rPr>
    </w:lvl>
    <w:lvl w:ilvl="7" w:tplc="A816C2DC">
      <w:numFmt w:val="bullet"/>
      <w:lvlText w:val="•"/>
      <w:lvlJc w:val="left"/>
      <w:pPr>
        <w:ind w:left="7707" w:hanging="360"/>
      </w:pPr>
      <w:rPr>
        <w:lang w:val="ru-RU" w:eastAsia="en-US" w:bidi="ar-SA"/>
      </w:rPr>
    </w:lvl>
    <w:lvl w:ilvl="8" w:tplc="15EA0964">
      <w:numFmt w:val="bullet"/>
      <w:lvlText w:val="•"/>
      <w:lvlJc w:val="left"/>
      <w:pPr>
        <w:ind w:left="8731" w:hanging="360"/>
      </w:pPr>
      <w:rPr>
        <w:lang w:val="ru-RU" w:eastAsia="en-US" w:bidi="ar-SA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9"/>
  </w:num>
  <w:num w:numId="5">
    <w:abstractNumId w:val="15"/>
  </w:num>
  <w:num w:numId="6">
    <w:abstractNumId w:val="7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5"/>
  </w:num>
  <w:num w:numId="14">
    <w:abstractNumId w:val="3"/>
  </w:num>
  <w:num w:numId="15">
    <w:abstractNumId w:val="2"/>
  </w:num>
  <w:num w:numId="16">
    <w:abstractNumId w:val="4"/>
  </w:num>
  <w:num w:numId="17">
    <w:abstractNumId w:val="1"/>
  </w:num>
  <w:num w:numId="18">
    <w:abstractNumId w:val="0"/>
  </w:num>
  <w:num w:numId="19">
    <w:abstractNumId w:val="11"/>
  </w:num>
  <w:num w:numId="20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F085F"/>
    <w:rsid w:val="00024FB3"/>
    <w:rsid w:val="000B1520"/>
    <w:rsid w:val="00117035"/>
    <w:rsid w:val="00195095"/>
    <w:rsid w:val="001A4CCA"/>
    <w:rsid w:val="001B3E2B"/>
    <w:rsid w:val="001E6D7D"/>
    <w:rsid w:val="002C6E8B"/>
    <w:rsid w:val="002D6C7E"/>
    <w:rsid w:val="0032775E"/>
    <w:rsid w:val="003E715C"/>
    <w:rsid w:val="004210E8"/>
    <w:rsid w:val="004C39B9"/>
    <w:rsid w:val="005A1040"/>
    <w:rsid w:val="00683B4D"/>
    <w:rsid w:val="00772FBA"/>
    <w:rsid w:val="007A2FE8"/>
    <w:rsid w:val="00864668"/>
    <w:rsid w:val="008772A5"/>
    <w:rsid w:val="00883FB4"/>
    <w:rsid w:val="008D5E73"/>
    <w:rsid w:val="009C1BD2"/>
    <w:rsid w:val="009D0436"/>
    <w:rsid w:val="00A00E95"/>
    <w:rsid w:val="00A2525D"/>
    <w:rsid w:val="00A66644"/>
    <w:rsid w:val="00AA569D"/>
    <w:rsid w:val="00AB012D"/>
    <w:rsid w:val="00AC507E"/>
    <w:rsid w:val="00BA6DB2"/>
    <w:rsid w:val="00BF7A86"/>
    <w:rsid w:val="00C07A5F"/>
    <w:rsid w:val="00C1715D"/>
    <w:rsid w:val="00CF2903"/>
    <w:rsid w:val="00D81C23"/>
    <w:rsid w:val="00D83E4C"/>
    <w:rsid w:val="00DF403D"/>
    <w:rsid w:val="00EB2900"/>
    <w:rsid w:val="00EF0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AA569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rsid w:val="00AA569D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1">
    <w:name w:val="heading 2"/>
    <w:basedOn w:val="a1"/>
    <w:next w:val="a1"/>
    <w:link w:val="2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56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99"/>
    <w:qFormat/>
    <w:rsid w:val="00AA569D"/>
    <w:pPr>
      <w:ind w:left="526"/>
    </w:pPr>
    <w:rPr>
      <w:sz w:val="24"/>
      <w:szCs w:val="24"/>
    </w:rPr>
  </w:style>
  <w:style w:type="paragraph" w:styleId="a7">
    <w:name w:val="List Paragraph"/>
    <w:basedOn w:val="a1"/>
    <w:uiPriority w:val="34"/>
    <w:qFormat/>
    <w:rsid w:val="00AA569D"/>
    <w:pPr>
      <w:spacing w:before="119"/>
      <w:ind w:left="526"/>
    </w:pPr>
  </w:style>
  <w:style w:type="paragraph" w:customStyle="1" w:styleId="TableParagraph">
    <w:name w:val="Table Paragraph"/>
    <w:basedOn w:val="a1"/>
    <w:uiPriority w:val="1"/>
    <w:qFormat/>
    <w:rsid w:val="00AA569D"/>
    <w:pPr>
      <w:spacing w:before="86"/>
      <w:ind w:left="77"/>
    </w:pPr>
  </w:style>
  <w:style w:type="character" w:customStyle="1" w:styleId="10">
    <w:name w:val="Заголовок 1 Знак"/>
    <w:basedOn w:val="a2"/>
    <w:link w:val="1"/>
    <w:uiPriority w:val="9"/>
    <w:rsid w:val="001A4C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Основной текст Знак"/>
    <w:basedOn w:val="a2"/>
    <w:link w:val="a5"/>
    <w:uiPriority w:val="99"/>
    <w:rsid w:val="001A4CCA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Заголовок 2 Знак"/>
    <w:basedOn w:val="a2"/>
    <w:link w:val="2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9D04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9D04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9D04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9D043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header"/>
    <w:basedOn w:val="a1"/>
    <w:link w:val="a9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9D0436"/>
    <w:rPr>
      <w:rFonts w:eastAsiaTheme="minorEastAsia"/>
    </w:rPr>
  </w:style>
  <w:style w:type="paragraph" w:styleId="aa">
    <w:name w:val="footer"/>
    <w:basedOn w:val="a1"/>
    <w:link w:val="ab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9D0436"/>
    <w:rPr>
      <w:rFonts w:eastAsiaTheme="minorEastAsia"/>
    </w:rPr>
  </w:style>
  <w:style w:type="paragraph" w:styleId="ac">
    <w:name w:val="No Spacing"/>
    <w:uiPriority w:val="1"/>
    <w:qFormat/>
    <w:rsid w:val="009D0436"/>
    <w:pPr>
      <w:widowControl/>
      <w:autoSpaceDE/>
      <w:autoSpaceDN/>
    </w:pPr>
    <w:rPr>
      <w:rFonts w:eastAsiaTheme="minorEastAsia"/>
    </w:rPr>
  </w:style>
  <w:style w:type="paragraph" w:styleId="ad">
    <w:name w:val="Title"/>
    <w:basedOn w:val="a1"/>
    <w:next w:val="a1"/>
    <w:link w:val="ae"/>
    <w:uiPriority w:val="10"/>
    <w:qFormat/>
    <w:rsid w:val="009D0436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e">
    <w:name w:val="Название Знак"/>
    <w:basedOn w:val="a2"/>
    <w:link w:val="ad"/>
    <w:uiPriority w:val="10"/>
    <w:rsid w:val="009D04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1"/>
    <w:next w:val="a1"/>
    <w:link w:val="af0"/>
    <w:uiPriority w:val="11"/>
    <w:qFormat/>
    <w:rsid w:val="009D0436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2"/>
    <w:link w:val="af"/>
    <w:uiPriority w:val="11"/>
    <w:rsid w:val="009D04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Body Text 2"/>
    <w:basedOn w:val="a1"/>
    <w:link w:val="24"/>
    <w:uiPriority w:val="99"/>
    <w:unhideWhenUsed/>
    <w:rsid w:val="009D0436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9D0436"/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rsid w:val="009D0436"/>
    <w:pPr>
      <w:widowControl/>
      <w:autoSpaceDE/>
      <w:autoSpaceDN/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9D0436"/>
    <w:rPr>
      <w:rFonts w:eastAsiaTheme="minorEastAsia"/>
      <w:sz w:val="16"/>
      <w:szCs w:val="16"/>
    </w:rPr>
  </w:style>
  <w:style w:type="paragraph" w:styleId="af1">
    <w:name w:val="List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5">
    <w:name w:val="List 2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5">
    <w:name w:val="List 3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0">
    <w:name w:val="List Bullet"/>
    <w:basedOn w:val="a1"/>
    <w:uiPriority w:val="99"/>
    <w:unhideWhenUsed/>
    <w:rsid w:val="009D0436"/>
    <w:pPr>
      <w:widowControl/>
      <w:numPr>
        <w:numId w:val="13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0">
    <w:name w:val="List Bullet 2"/>
    <w:basedOn w:val="a1"/>
    <w:uiPriority w:val="99"/>
    <w:unhideWhenUsed/>
    <w:rsid w:val="009D0436"/>
    <w:pPr>
      <w:widowControl/>
      <w:numPr>
        <w:numId w:val="1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0">
    <w:name w:val="List Bullet 3"/>
    <w:basedOn w:val="a1"/>
    <w:uiPriority w:val="99"/>
    <w:unhideWhenUsed/>
    <w:rsid w:val="009D0436"/>
    <w:pPr>
      <w:widowControl/>
      <w:numPr>
        <w:numId w:val="15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">
    <w:name w:val="List Number"/>
    <w:basedOn w:val="a1"/>
    <w:uiPriority w:val="99"/>
    <w:unhideWhenUsed/>
    <w:rsid w:val="009D0436"/>
    <w:pPr>
      <w:widowControl/>
      <w:numPr>
        <w:numId w:val="16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">
    <w:name w:val="List Number 2"/>
    <w:basedOn w:val="a1"/>
    <w:uiPriority w:val="99"/>
    <w:unhideWhenUsed/>
    <w:rsid w:val="009D0436"/>
    <w:pPr>
      <w:widowControl/>
      <w:numPr>
        <w:numId w:val="17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">
    <w:name w:val="List Number 3"/>
    <w:basedOn w:val="a1"/>
    <w:uiPriority w:val="99"/>
    <w:unhideWhenUsed/>
    <w:rsid w:val="009D0436"/>
    <w:pPr>
      <w:widowControl/>
      <w:numPr>
        <w:numId w:val="18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2">
    <w:name w:val="List Continue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6">
    <w:name w:val="List Continue 2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6">
    <w:name w:val="List Continue 3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3">
    <w:name w:val="macro"/>
    <w:link w:val="af4"/>
    <w:uiPriority w:val="99"/>
    <w:unhideWhenUsed/>
    <w:rsid w:val="009D0436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9D0436"/>
    <w:rPr>
      <w:rFonts w:ascii="Courier" w:eastAsiaTheme="minorEastAsia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9D0436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/>
    </w:rPr>
  </w:style>
  <w:style w:type="character" w:customStyle="1" w:styleId="28">
    <w:name w:val="Цитата 2 Знак"/>
    <w:basedOn w:val="a2"/>
    <w:link w:val="27"/>
    <w:uiPriority w:val="29"/>
    <w:rsid w:val="009D0436"/>
    <w:rPr>
      <w:rFonts w:eastAsiaTheme="minorEastAsia"/>
      <w:i/>
      <w:iCs/>
      <w:color w:val="000000" w:themeColor="text1"/>
    </w:rPr>
  </w:style>
  <w:style w:type="paragraph" w:styleId="af5">
    <w:name w:val="caption"/>
    <w:basedOn w:val="a1"/>
    <w:next w:val="a1"/>
    <w:uiPriority w:val="35"/>
    <w:semiHidden/>
    <w:unhideWhenUsed/>
    <w:qFormat/>
    <w:rsid w:val="009D0436"/>
    <w:pPr>
      <w:widowControl/>
      <w:autoSpaceDE/>
      <w:autoSpaceDN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/>
    </w:rPr>
  </w:style>
  <w:style w:type="character" w:styleId="af6">
    <w:name w:val="Strong"/>
    <w:basedOn w:val="a2"/>
    <w:uiPriority w:val="22"/>
    <w:qFormat/>
    <w:rsid w:val="009D0436"/>
    <w:rPr>
      <w:b/>
      <w:bCs/>
    </w:rPr>
  </w:style>
  <w:style w:type="character" w:styleId="af7">
    <w:name w:val="Emphasis"/>
    <w:basedOn w:val="a2"/>
    <w:uiPriority w:val="20"/>
    <w:qFormat/>
    <w:rsid w:val="009D0436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9D0436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en-US"/>
    </w:rPr>
  </w:style>
  <w:style w:type="character" w:customStyle="1" w:styleId="af9">
    <w:name w:val="Выделенная цитата Знак"/>
    <w:basedOn w:val="a2"/>
    <w:link w:val="af8"/>
    <w:uiPriority w:val="30"/>
    <w:rsid w:val="009D0436"/>
    <w:rPr>
      <w:rFonts w:eastAsiaTheme="minorEastAsia"/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9D0436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9D0436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9D0436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9D0436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9D0436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9D0436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table" w:styleId="aff0">
    <w:name w:val="Table Grid"/>
    <w:basedOn w:val="a3"/>
    <w:uiPriority w:val="59"/>
    <w:rsid w:val="009D0436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9D0436"/>
    <w:pPr>
      <w:widowControl/>
      <w:autoSpaceDE/>
      <w:autoSpaceDN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9D0436"/>
    <w:pPr>
      <w:widowControl/>
      <w:autoSpaceDE/>
      <w:autoSpaceDN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9D0436"/>
    <w:pPr>
      <w:widowControl/>
      <w:autoSpaceDE/>
      <w:autoSpaceDN/>
    </w:pPr>
    <w:rPr>
      <w:rFonts w:eastAsiaTheme="minorEastAsi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9D0436"/>
    <w:pPr>
      <w:widowControl/>
      <w:autoSpaceDE/>
      <w:autoSpaceDN/>
    </w:pPr>
    <w:rPr>
      <w:rFonts w:eastAsiaTheme="minorEastAsia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9D0436"/>
    <w:pPr>
      <w:widowControl/>
      <w:autoSpaceDE/>
      <w:autoSpaceDN/>
    </w:pPr>
    <w:rPr>
      <w:rFonts w:eastAsiaTheme="minorEastAsia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9D0436"/>
    <w:pPr>
      <w:widowControl/>
      <w:autoSpaceDE/>
      <w:autoSpaceDN/>
    </w:pPr>
    <w:rPr>
      <w:rFonts w:eastAsiaTheme="minorEastAsia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9D0436"/>
    <w:pPr>
      <w:widowControl/>
      <w:autoSpaceDE/>
      <w:autoSpaceDN/>
    </w:pPr>
    <w:rPr>
      <w:rFonts w:eastAsiaTheme="minorEastAsia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1">
    <w:name w:val="Hyperlink"/>
    <w:basedOn w:val="a2"/>
    <w:uiPriority w:val="99"/>
    <w:unhideWhenUsed/>
    <w:rsid w:val="009D0436"/>
    <w:rPr>
      <w:color w:val="0000FF" w:themeColor="hyperlink"/>
      <w:u w:val="single"/>
    </w:rPr>
  </w:style>
  <w:style w:type="numbering" w:customStyle="1" w:styleId="18">
    <w:name w:val="Нет списка1"/>
    <w:next w:val="a4"/>
    <w:uiPriority w:val="99"/>
    <w:semiHidden/>
    <w:unhideWhenUsed/>
    <w:rsid w:val="005A1040"/>
  </w:style>
  <w:style w:type="paragraph" w:styleId="aff2">
    <w:name w:val="Normal (Web)"/>
    <w:basedOn w:val="a1"/>
    <w:uiPriority w:val="99"/>
    <w:unhideWhenUsed/>
    <w:rsid w:val="005A104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3">
    <w:name w:val="Balloon Text"/>
    <w:basedOn w:val="a1"/>
    <w:link w:val="aff4"/>
    <w:uiPriority w:val="99"/>
    <w:semiHidden/>
    <w:unhideWhenUsed/>
    <w:rsid w:val="00883FB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uiPriority w:val="99"/>
    <w:semiHidden/>
    <w:rsid w:val="00883FB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1">
    <w:name w:val="heading 2"/>
    <w:basedOn w:val="a1"/>
    <w:next w:val="a1"/>
    <w:link w:val="2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99"/>
    <w:qFormat/>
    <w:pPr>
      <w:ind w:left="526"/>
    </w:pPr>
    <w:rPr>
      <w:sz w:val="24"/>
      <w:szCs w:val="24"/>
    </w:rPr>
  </w:style>
  <w:style w:type="paragraph" w:styleId="a7">
    <w:name w:val="List Paragraph"/>
    <w:basedOn w:val="a1"/>
    <w:uiPriority w:val="34"/>
    <w:qFormat/>
    <w:pPr>
      <w:spacing w:before="119"/>
      <w:ind w:left="526"/>
    </w:pPr>
  </w:style>
  <w:style w:type="paragraph" w:customStyle="1" w:styleId="TableParagraph">
    <w:name w:val="Table Paragraph"/>
    <w:basedOn w:val="a1"/>
    <w:uiPriority w:val="1"/>
    <w:qFormat/>
    <w:pPr>
      <w:spacing w:before="86"/>
      <w:ind w:left="77"/>
    </w:pPr>
  </w:style>
  <w:style w:type="character" w:customStyle="1" w:styleId="10">
    <w:name w:val="Заголовок 1 Знак"/>
    <w:basedOn w:val="a2"/>
    <w:link w:val="1"/>
    <w:uiPriority w:val="9"/>
    <w:rsid w:val="001A4C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Основной текст Знак"/>
    <w:basedOn w:val="a2"/>
    <w:link w:val="a5"/>
    <w:uiPriority w:val="99"/>
    <w:rsid w:val="001A4CCA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Заголовок 2 Знак"/>
    <w:basedOn w:val="a2"/>
    <w:link w:val="2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9D04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9D04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9D04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9D043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header"/>
    <w:basedOn w:val="a1"/>
    <w:link w:val="a9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9D0436"/>
    <w:rPr>
      <w:rFonts w:eastAsiaTheme="minorEastAsia"/>
    </w:rPr>
  </w:style>
  <w:style w:type="paragraph" w:styleId="aa">
    <w:name w:val="footer"/>
    <w:basedOn w:val="a1"/>
    <w:link w:val="ab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9D0436"/>
    <w:rPr>
      <w:rFonts w:eastAsiaTheme="minorEastAsia"/>
    </w:rPr>
  </w:style>
  <w:style w:type="paragraph" w:styleId="ac">
    <w:name w:val="No Spacing"/>
    <w:uiPriority w:val="1"/>
    <w:qFormat/>
    <w:rsid w:val="009D0436"/>
    <w:pPr>
      <w:widowControl/>
      <w:autoSpaceDE/>
      <w:autoSpaceDN/>
    </w:pPr>
    <w:rPr>
      <w:rFonts w:eastAsiaTheme="minorEastAsia"/>
    </w:rPr>
  </w:style>
  <w:style w:type="paragraph" w:styleId="ad">
    <w:name w:val="Title"/>
    <w:basedOn w:val="a1"/>
    <w:next w:val="a1"/>
    <w:link w:val="ae"/>
    <w:uiPriority w:val="10"/>
    <w:qFormat/>
    <w:rsid w:val="009D0436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e">
    <w:name w:val="Название Знак"/>
    <w:basedOn w:val="a2"/>
    <w:link w:val="ad"/>
    <w:uiPriority w:val="10"/>
    <w:rsid w:val="009D04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1"/>
    <w:next w:val="a1"/>
    <w:link w:val="af0"/>
    <w:uiPriority w:val="11"/>
    <w:qFormat/>
    <w:rsid w:val="009D0436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2"/>
    <w:link w:val="af"/>
    <w:uiPriority w:val="11"/>
    <w:rsid w:val="009D04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Body Text 2"/>
    <w:basedOn w:val="a1"/>
    <w:link w:val="24"/>
    <w:uiPriority w:val="99"/>
    <w:unhideWhenUsed/>
    <w:rsid w:val="009D0436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9D0436"/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rsid w:val="009D0436"/>
    <w:pPr>
      <w:widowControl/>
      <w:autoSpaceDE/>
      <w:autoSpaceDN/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9D0436"/>
    <w:rPr>
      <w:rFonts w:eastAsiaTheme="minorEastAsia"/>
      <w:sz w:val="16"/>
      <w:szCs w:val="16"/>
    </w:rPr>
  </w:style>
  <w:style w:type="paragraph" w:styleId="af1">
    <w:name w:val="List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5">
    <w:name w:val="List 2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5">
    <w:name w:val="List 3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0">
    <w:name w:val="List Bullet"/>
    <w:basedOn w:val="a1"/>
    <w:uiPriority w:val="99"/>
    <w:unhideWhenUsed/>
    <w:rsid w:val="009D0436"/>
    <w:pPr>
      <w:widowControl/>
      <w:numPr>
        <w:numId w:val="13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0">
    <w:name w:val="List Bullet 2"/>
    <w:basedOn w:val="a1"/>
    <w:uiPriority w:val="99"/>
    <w:unhideWhenUsed/>
    <w:rsid w:val="009D0436"/>
    <w:pPr>
      <w:widowControl/>
      <w:numPr>
        <w:numId w:val="1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0">
    <w:name w:val="List Bullet 3"/>
    <w:basedOn w:val="a1"/>
    <w:uiPriority w:val="99"/>
    <w:unhideWhenUsed/>
    <w:rsid w:val="009D0436"/>
    <w:pPr>
      <w:widowControl/>
      <w:numPr>
        <w:numId w:val="15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">
    <w:name w:val="List Number"/>
    <w:basedOn w:val="a1"/>
    <w:uiPriority w:val="99"/>
    <w:unhideWhenUsed/>
    <w:rsid w:val="009D0436"/>
    <w:pPr>
      <w:widowControl/>
      <w:numPr>
        <w:numId w:val="16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">
    <w:name w:val="List Number 2"/>
    <w:basedOn w:val="a1"/>
    <w:uiPriority w:val="99"/>
    <w:unhideWhenUsed/>
    <w:rsid w:val="009D0436"/>
    <w:pPr>
      <w:widowControl/>
      <w:numPr>
        <w:numId w:val="17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">
    <w:name w:val="List Number 3"/>
    <w:basedOn w:val="a1"/>
    <w:uiPriority w:val="99"/>
    <w:unhideWhenUsed/>
    <w:rsid w:val="009D0436"/>
    <w:pPr>
      <w:widowControl/>
      <w:numPr>
        <w:numId w:val="18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2">
    <w:name w:val="List Continue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6">
    <w:name w:val="List Continue 2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6">
    <w:name w:val="List Continue 3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3">
    <w:name w:val="macro"/>
    <w:link w:val="af4"/>
    <w:uiPriority w:val="99"/>
    <w:unhideWhenUsed/>
    <w:rsid w:val="009D0436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9D0436"/>
    <w:rPr>
      <w:rFonts w:ascii="Courier" w:eastAsiaTheme="minorEastAsia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9D0436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/>
    </w:rPr>
  </w:style>
  <w:style w:type="character" w:customStyle="1" w:styleId="28">
    <w:name w:val="Цитата 2 Знак"/>
    <w:basedOn w:val="a2"/>
    <w:link w:val="27"/>
    <w:uiPriority w:val="29"/>
    <w:rsid w:val="009D0436"/>
    <w:rPr>
      <w:rFonts w:eastAsiaTheme="minorEastAsia"/>
      <w:i/>
      <w:iCs/>
      <w:color w:val="000000" w:themeColor="text1"/>
    </w:rPr>
  </w:style>
  <w:style w:type="paragraph" w:styleId="af5">
    <w:name w:val="caption"/>
    <w:basedOn w:val="a1"/>
    <w:next w:val="a1"/>
    <w:uiPriority w:val="35"/>
    <w:semiHidden/>
    <w:unhideWhenUsed/>
    <w:qFormat/>
    <w:rsid w:val="009D0436"/>
    <w:pPr>
      <w:widowControl/>
      <w:autoSpaceDE/>
      <w:autoSpaceDN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/>
    </w:rPr>
  </w:style>
  <w:style w:type="character" w:styleId="af6">
    <w:name w:val="Strong"/>
    <w:basedOn w:val="a2"/>
    <w:uiPriority w:val="22"/>
    <w:qFormat/>
    <w:rsid w:val="009D0436"/>
    <w:rPr>
      <w:b/>
      <w:bCs/>
    </w:rPr>
  </w:style>
  <w:style w:type="character" w:styleId="af7">
    <w:name w:val="Emphasis"/>
    <w:basedOn w:val="a2"/>
    <w:uiPriority w:val="20"/>
    <w:qFormat/>
    <w:rsid w:val="009D0436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9D0436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en-US"/>
    </w:rPr>
  </w:style>
  <w:style w:type="character" w:customStyle="1" w:styleId="af9">
    <w:name w:val="Выделенная цитата Знак"/>
    <w:basedOn w:val="a2"/>
    <w:link w:val="af8"/>
    <w:uiPriority w:val="30"/>
    <w:rsid w:val="009D0436"/>
    <w:rPr>
      <w:rFonts w:eastAsiaTheme="minorEastAsia"/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9D0436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9D0436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9D0436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9D0436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9D0436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9D0436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table" w:styleId="aff0">
    <w:name w:val="Table Grid"/>
    <w:basedOn w:val="a3"/>
    <w:uiPriority w:val="59"/>
    <w:rsid w:val="009D0436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9D0436"/>
    <w:pPr>
      <w:widowControl/>
      <w:autoSpaceDE/>
      <w:autoSpaceDN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9D0436"/>
    <w:pPr>
      <w:widowControl/>
      <w:autoSpaceDE/>
      <w:autoSpaceDN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9D0436"/>
    <w:pPr>
      <w:widowControl/>
      <w:autoSpaceDE/>
      <w:autoSpaceDN/>
    </w:pPr>
    <w:rPr>
      <w:rFonts w:eastAsiaTheme="minorEastAsi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9D0436"/>
    <w:pPr>
      <w:widowControl/>
      <w:autoSpaceDE/>
      <w:autoSpaceDN/>
    </w:pPr>
    <w:rPr>
      <w:rFonts w:eastAsiaTheme="minorEastAsia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9D0436"/>
    <w:pPr>
      <w:widowControl/>
      <w:autoSpaceDE/>
      <w:autoSpaceDN/>
    </w:pPr>
    <w:rPr>
      <w:rFonts w:eastAsiaTheme="minorEastAsia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9D0436"/>
    <w:pPr>
      <w:widowControl/>
      <w:autoSpaceDE/>
      <w:autoSpaceDN/>
    </w:pPr>
    <w:rPr>
      <w:rFonts w:eastAsiaTheme="minorEastAsia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9D0436"/>
    <w:pPr>
      <w:widowControl/>
      <w:autoSpaceDE/>
      <w:autoSpaceDN/>
    </w:pPr>
    <w:rPr>
      <w:rFonts w:eastAsiaTheme="minorEastAsia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9D0436"/>
    <w:rPr>
      <w:color w:val="0000FF" w:themeColor="hyperlink"/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5A1040"/>
  </w:style>
  <w:style w:type="paragraph" w:styleId="aff9">
    <w:name w:val="Normal (Web)"/>
    <w:basedOn w:val="a1"/>
    <w:uiPriority w:val="99"/>
    <w:unhideWhenUsed/>
    <w:rsid w:val="005A104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ducation.yandex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education.yandex.ru/" TargetMode="External"/><Relationship Id="rId63" Type="http://schemas.openxmlformats.org/officeDocument/2006/relationships/hyperlink" Target="https://uchi.ru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://school-/" TargetMode="External"/><Relationship Id="rId159" Type="http://schemas.openxmlformats.org/officeDocument/2006/relationships/hyperlink" Target="http://school-/" TargetMode="External"/><Relationship Id="rId170" Type="http://schemas.openxmlformats.org/officeDocument/2006/relationships/hyperlink" Target="https://education.yandex.ru/" TargetMode="External"/><Relationship Id="rId191" Type="http://schemas.openxmlformats.org/officeDocument/2006/relationships/hyperlink" Target="http://school-/" TargetMode="External"/><Relationship Id="rId205" Type="http://schemas.openxmlformats.org/officeDocument/2006/relationships/hyperlink" Target="http://school-/" TargetMode="External"/><Relationship Id="rId226" Type="http://schemas.openxmlformats.org/officeDocument/2006/relationships/hyperlink" Target="http://school-/" TargetMode="External"/><Relationship Id="rId247" Type="http://schemas.openxmlformats.org/officeDocument/2006/relationships/hyperlink" Target="http://school-/" TargetMode="External"/><Relationship Id="rId107" Type="http://schemas.openxmlformats.org/officeDocument/2006/relationships/hyperlink" Target="https://education.yandex.ru/" TargetMode="External"/><Relationship Id="rId268" Type="http://schemas.openxmlformats.org/officeDocument/2006/relationships/hyperlink" Target="https://education.yandex.ru/" TargetMode="External"/><Relationship Id="rId11" Type="http://schemas.openxmlformats.org/officeDocument/2006/relationships/hyperlink" Target="https://education.yandex.ru/" TargetMode="External"/><Relationship Id="rId32" Type="http://schemas.openxmlformats.org/officeDocument/2006/relationships/hyperlink" Target="https://education.yandex.ru/" TargetMode="External"/><Relationship Id="rId53" Type="http://schemas.openxmlformats.org/officeDocument/2006/relationships/hyperlink" Target="http://school-/" TargetMode="External"/><Relationship Id="rId74" Type="http://schemas.openxmlformats.org/officeDocument/2006/relationships/hyperlink" Target="https://uchi.ru/" TargetMode="External"/><Relationship Id="rId128" Type="http://schemas.openxmlformats.org/officeDocument/2006/relationships/hyperlink" Target="https://uchi.ru/" TargetMode="External"/><Relationship Id="rId149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://school-/" TargetMode="External"/><Relationship Id="rId181" Type="http://schemas.openxmlformats.org/officeDocument/2006/relationships/hyperlink" Target="https://education.yandex.ru/" TargetMode="External"/><Relationship Id="rId216" Type="http://schemas.openxmlformats.org/officeDocument/2006/relationships/hyperlink" Target="https://education.yandex.ru/" TargetMode="External"/><Relationship Id="rId237" Type="http://schemas.openxmlformats.org/officeDocument/2006/relationships/hyperlink" Target="http://school-/" TargetMode="External"/><Relationship Id="rId258" Type="http://schemas.openxmlformats.org/officeDocument/2006/relationships/hyperlink" Target="https://education.yandex.ru/" TargetMode="External"/><Relationship Id="rId279" Type="http://schemas.openxmlformats.org/officeDocument/2006/relationships/hyperlink" Target="http://school-/" TargetMode="External"/><Relationship Id="rId22" Type="http://schemas.openxmlformats.org/officeDocument/2006/relationships/hyperlink" Target="https://education.yandex.ru/" TargetMode="External"/><Relationship Id="rId43" Type="http://schemas.openxmlformats.org/officeDocument/2006/relationships/hyperlink" Target="https://uchi.ru/" TargetMode="External"/><Relationship Id="rId64" Type="http://schemas.openxmlformats.org/officeDocument/2006/relationships/hyperlink" Target="http://school-/" TargetMode="External"/><Relationship Id="rId118" Type="http://schemas.openxmlformats.org/officeDocument/2006/relationships/hyperlink" Target="http://school-/" TargetMode="External"/><Relationship Id="rId139" Type="http://schemas.openxmlformats.org/officeDocument/2006/relationships/hyperlink" Target="http://school-/" TargetMode="External"/><Relationship Id="rId85" Type="http://schemas.openxmlformats.org/officeDocument/2006/relationships/hyperlink" Target="https://education.yandex.ru/" TargetMode="External"/><Relationship Id="rId150" Type="http://schemas.openxmlformats.org/officeDocument/2006/relationships/hyperlink" Target="http://school-/" TargetMode="External"/><Relationship Id="rId171" Type="http://schemas.openxmlformats.org/officeDocument/2006/relationships/hyperlink" Target="http://school-/" TargetMode="External"/><Relationship Id="rId192" Type="http://schemas.openxmlformats.org/officeDocument/2006/relationships/hyperlink" Target="http://school-/" TargetMode="External"/><Relationship Id="rId206" Type="http://schemas.openxmlformats.org/officeDocument/2006/relationships/hyperlink" Target="http://school-/" TargetMode="External"/><Relationship Id="rId227" Type="http://schemas.openxmlformats.org/officeDocument/2006/relationships/hyperlink" Target="http://school-/" TargetMode="External"/><Relationship Id="rId248" Type="http://schemas.openxmlformats.org/officeDocument/2006/relationships/hyperlink" Target="https://education.yandex.ru/" TargetMode="External"/><Relationship Id="rId269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108" Type="http://schemas.openxmlformats.org/officeDocument/2006/relationships/hyperlink" Target="http://school-/" TargetMode="External"/><Relationship Id="rId129" Type="http://schemas.openxmlformats.org/officeDocument/2006/relationships/hyperlink" Target="https://education.yandex.ru/" TargetMode="External"/><Relationship Id="rId280" Type="http://schemas.openxmlformats.org/officeDocument/2006/relationships/image" Target="media/image2.jpeg"/><Relationship Id="rId54" Type="http://schemas.openxmlformats.org/officeDocument/2006/relationships/hyperlink" Target="https://resh.edu.ru/subject/lesson/4095/main/272729/" TargetMode="External"/><Relationship Id="rId75" Type="http://schemas.openxmlformats.org/officeDocument/2006/relationships/hyperlink" Target="https://education.yandex.ru/" TargetMode="External"/><Relationship Id="rId96" Type="http://schemas.openxmlformats.org/officeDocument/2006/relationships/hyperlink" Target="https://education.yandex.ru/" TargetMode="External"/><Relationship Id="rId140" Type="http://schemas.openxmlformats.org/officeDocument/2006/relationships/hyperlink" Target="https://uchi.ru/" TargetMode="External"/><Relationship Id="rId161" Type="http://schemas.openxmlformats.org/officeDocument/2006/relationships/hyperlink" Target="http://school-/" TargetMode="External"/><Relationship Id="rId182" Type="http://schemas.openxmlformats.org/officeDocument/2006/relationships/hyperlink" Target="http://school-/" TargetMode="External"/><Relationship Id="rId217" Type="http://schemas.openxmlformats.org/officeDocument/2006/relationships/hyperlink" Target="http://school-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school-/" TargetMode="External"/><Relationship Id="rId259" Type="http://schemas.openxmlformats.org/officeDocument/2006/relationships/hyperlink" Target="http://school-/" TargetMode="External"/><Relationship Id="rId23" Type="http://schemas.openxmlformats.org/officeDocument/2006/relationships/hyperlink" Target="https://education.yandex.ru/" TargetMode="External"/><Relationship Id="rId119" Type="http://schemas.openxmlformats.org/officeDocument/2006/relationships/hyperlink" Target="http://school-/" TargetMode="External"/><Relationship Id="rId270" Type="http://schemas.openxmlformats.org/officeDocument/2006/relationships/hyperlink" Target="https://education.yandex.ru/" TargetMode="External"/><Relationship Id="rId44" Type="http://schemas.openxmlformats.org/officeDocument/2006/relationships/hyperlink" Target="https://education.yandex.ru/" TargetMode="External"/><Relationship Id="rId65" Type="http://schemas.openxmlformats.org/officeDocument/2006/relationships/hyperlink" Target="https://uchi.ru/" TargetMode="External"/><Relationship Id="rId86" Type="http://schemas.openxmlformats.org/officeDocument/2006/relationships/hyperlink" Target="https://uchi.ru/" TargetMode="External"/><Relationship Id="rId130" Type="http://schemas.openxmlformats.org/officeDocument/2006/relationships/hyperlink" Target="http://school-/" TargetMode="External"/><Relationship Id="rId151" Type="http://schemas.openxmlformats.org/officeDocument/2006/relationships/hyperlink" Target="http://school-/" TargetMode="External"/><Relationship Id="rId172" Type="http://schemas.openxmlformats.org/officeDocument/2006/relationships/hyperlink" Target="http://school-/" TargetMode="External"/><Relationship Id="rId193" Type="http://schemas.openxmlformats.org/officeDocument/2006/relationships/hyperlink" Target="https://education.yandex.ru/" TargetMode="External"/><Relationship Id="rId207" Type="http://schemas.openxmlformats.org/officeDocument/2006/relationships/hyperlink" Target="https://education.yandex.ru/" TargetMode="External"/><Relationship Id="rId228" Type="http://schemas.openxmlformats.org/officeDocument/2006/relationships/hyperlink" Target="http://school-/" TargetMode="External"/><Relationship Id="rId249" Type="http://schemas.openxmlformats.org/officeDocument/2006/relationships/hyperlink" Target="http://school-/" TargetMode="Externa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s://education.yandex.ru/" TargetMode="External"/><Relationship Id="rId109" Type="http://schemas.openxmlformats.org/officeDocument/2006/relationships/hyperlink" Target="https://education.yandex.ru/" TargetMode="External"/><Relationship Id="rId260" Type="http://schemas.openxmlformats.org/officeDocument/2006/relationships/hyperlink" Target="https://education.yandex.ru/" TargetMode="External"/><Relationship Id="rId265" Type="http://schemas.openxmlformats.org/officeDocument/2006/relationships/hyperlink" Target="http://school-/" TargetMode="External"/><Relationship Id="rId281" Type="http://schemas.openxmlformats.org/officeDocument/2006/relationships/fontTable" Target="fontTable.xml"/><Relationship Id="rId34" Type="http://schemas.openxmlformats.org/officeDocument/2006/relationships/hyperlink" Target="https://uchi.ru/" TargetMode="External"/><Relationship Id="rId50" Type="http://schemas.openxmlformats.org/officeDocument/2006/relationships/hyperlink" Target="https://education.yandex.ru/" TargetMode="External"/><Relationship Id="rId55" Type="http://schemas.openxmlformats.org/officeDocument/2006/relationships/hyperlink" Target="http://school-/" TargetMode="External"/><Relationship Id="rId76" Type="http://schemas.openxmlformats.org/officeDocument/2006/relationships/hyperlink" Target="https://resh.edu.ru/subject/lesson/5194/main/121552/" TargetMode="External"/><Relationship Id="rId97" Type="http://schemas.openxmlformats.org/officeDocument/2006/relationships/hyperlink" Target="http://school-/" TargetMode="External"/><Relationship Id="rId104" Type="http://schemas.openxmlformats.org/officeDocument/2006/relationships/hyperlink" Target="http://school-/" TargetMode="External"/><Relationship Id="rId120" Type="http://schemas.openxmlformats.org/officeDocument/2006/relationships/hyperlink" Target="http://school-/" TargetMode="External"/><Relationship Id="rId125" Type="http://schemas.openxmlformats.org/officeDocument/2006/relationships/hyperlink" Target="https://education.yandex.ru/" TargetMode="External"/><Relationship Id="rId141" Type="http://schemas.openxmlformats.org/officeDocument/2006/relationships/hyperlink" Target="https://education.yandex.ru/" TargetMode="External"/><Relationship Id="rId146" Type="http://schemas.openxmlformats.org/officeDocument/2006/relationships/hyperlink" Target="http://school-/" TargetMode="External"/><Relationship Id="rId167" Type="http://schemas.openxmlformats.org/officeDocument/2006/relationships/hyperlink" Target="http://school-/" TargetMode="External"/><Relationship Id="rId188" Type="http://schemas.openxmlformats.org/officeDocument/2006/relationships/hyperlink" Target="http://school-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chool-/" TargetMode="External"/><Relationship Id="rId92" Type="http://schemas.openxmlformats.org/officeDocument/2006/relationships/hyperlink" Target="https://uchi.ru/" TargetMode="External"/><Relationship Id="rId162" Type="http://schemas.openxmlformats.org/officeDocument/2006/relationships/hyperlink" Target="http://school-/" TargetMode="External"/><Relationship Id="rId183" Type="http://schemas.openxmlformats.org/officeDocument/2006/relationships/hyperlink" Target="http://school-/" TargetMode="External"/><Relationship Id="rId213" Type="http://schemas.openxmlformats.org/officeDocument/2006/relationships/hyperlink" Target="https://education.yandex.ru/" TargetMode="External"/><Relationship Id="rId218" Type="http://schemas.openxmlformats.org/officeDocument/2006/relationships/hyperlink" Target="http://school-/" TargetMode="External"/><Relationship Id="rId234" Type="http://schemas.openxmlformats.org/officeDocument/2006/relationships/hyperlink" Target="http://school-/" TargetMode="External"/><Relationship Id="rId239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chi.ru/" TargetMode="External"/><Relationship Id="rId250" Type="http://schemas.openxmlformats.org/officeDocument/2006/relationships/hyperlink" Target="https://education.yandex.ru/" TargetMode="External"/><Relationship Id="rId255" Type="http://schemas.openxmlformats.org/officeDocument/2006/relationships/hyperlink" Target="http://school-/" TargetMode="External"/><Relationship Id="rId271" Type="http://schemas.openxmlformats.org/officeDocument/2006/relationships/hyperlink" Target="http://school-/" TargetMode="External"/><Relationship Id="rId276" Type="http://schemas.openxmlformats.org/officeDocument/2006/relationships/hyperlink" Target="https://education.yandex.ru/" TargetMode="External"/><Relationship Id="rId24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87" Type="http://schemas.openxmlformats.org/officeDocument/2006/relationships/hyperlink" Target="https://education.yandex.ru/" TargetMode="External"/><Relationship Id="rId110" Type="http://schemas.openxmlformats.org/officeDocument/2006/relationships/hyperlink" Target="http://school-/" TargetMode="External"/><Relationship Id="rId115" Type="http://schemas.openxmlformats.org/officeDocument/2006/relationships/hyperlink" Target="http://school-/" TargetMode="External"/><Relationship Id="rId131" Type="http://schemas.openxmlformats.org/officeDocument/2006/relationships/hyperlink" Target="http://school-/" TargetMode="External"/><Relationship Id="rId136" Type="http://schemas.openxmlformats.org/officeDocument/2006/relationships/hyperlink" Target="https://education.yandex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education.yandex.ru/" TargetMode="External"/><Relationship Id="rId61" Type="http://schemas.openxmlformats.org/officeDocument/2006/relationships/hyperlink" Target="https://education.yandex.ru/" TargetMode="External"/><Relationship Id="rId82" Type="http://schemas.openxmlformats.org/officeDocument/2006/relationships/hyperlink" Target="https://uchi.ru/" TargetMode="External"/><Relationship Id="rId152" Type="http://schemas.openxmlformats.org/officeDocument/2006/relationships/hyperlink" Target="http://school-/" TargetMode="External"/><Relationship Id="rId173" Type="http://schemas.openxmlformats.org/officeDocument/2006/relationships/hyperlink" Target="http://school-/" TargetMode="External"/><Relationship Id="rId194" Type="http://schemas.openxmlformats.org/officeDocument/2006/relationships/hyperlink" Target="http://school-/" TargetMode="External"/><Relationship Id="rId199" Type="http://schemas.openxmlformats.org/officeDocument/2006/relationships/hyperlink" Target="http://school-/" TargetMode="External"/><Relationship Id="rId203" Type="http://schemas.openxmlformats.org/officeDocument/2006/relationships/hyperlink" Target="https://education.yandex.ru/" TargetMode="External"/><Relationship Id="rId208" Type="http://schemas.openxmlformats.org/officeDocument/2006/relationships/hyperlink" Target="http://school-/" TargetMode="External"/><Relationship Id="rId229" Type="http://schemas.openxmlformats.org/officeDocument/2006/relationships/hyperlink" Target="http://school-/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://school-/" TargetMode="External"/><Relationship Id="rId240" Type="http://schemas.openxmlformats.org/officeDocument/2006/relationships/hyperlink" Target="https://education.yandex.ru/" TargetMode="External"/><Relationship Id="rId245" Type="http://schemas.openxmlformats.org/officeDocument/2006/relationships/hyperlink" Target="http://school-/" TargetMode="External"/><Relationship Id="rId261" Type="http://schemas.openxmlformats.org/officeDocument/2006/relationships/hyperlink" Target="http://school-/" TargetMode="External"/><Relationship Id="rId266" Type="http://schemas.openxmlformats.org/officeDocument/2006/relationships/hyperlink" Target="https://education.yandex.ru/" TargetMode="External"/><Relationship Id="rId14" Type="http://schemas.openxmlformats.org/officeDocument/2006/relationships/hyperlink" Target="https://education.yandex.ru/" TargetMode="External"/><Relationship Id="rId30" Type="http://schemas.openxmlformats.org/officeDocument/2006/relationships/hyperlink" Target="https://education.yandex.ru/" TargetMode="External"/><Relationship Id="rId35" Type="http://schemas.openxmlformats.org/officeDocument/2006/relationships/hyperlink" Target="https://education.yandex.ru/" TargetMode="External"/><Relationship Id="rId56" Type="http://schemas.openxmlformats.org/officeDocument/2006/relationships/hyperlink" Target="https://uchi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education.yandex.ru/" TargetMode="External"/><Relationship Id="rId105" Type="http://schemas.openxmlformats.org/officeDocument/2006/relationships/hyperlink" Target="http://school-/" TargetMode="External"/><Relationship Id="rId126" Type="http://schemas.openxmlformats.org/officeDocument/2006/relationships/hyperlink" Target="http://school-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://school-/" TargetMode="External"/><Relationship Id="rId282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education.yandex.ru/" TargetMode="External"/><Relationship Id="rId98" Type="http://schemas.openxmlformats.org/officeDocument/2006/relationships/hyperlink" Target="http://school-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://school-/" TargetMode="External"/><Relationship Id="rId163" Type="http://schemas.openxmlformats.org/officeDocument/2006/relationships/hyperlink" Target="https://education.yandex.ru/" TargetMode="External"/><Relationship Id="rId184" Type="http://schemas.openxmlformats.org/officeDocument/2006/relationships/hyperlink" Target="http://school-/" TargetMode="External"/><Relationship Id="rId189" Type="http://schemas.openxmlformats.org/officeDocument/2006/relationships/hyperlink" Target="https://education.yandex.ru/" TargetMode="External"/><Relationship Id="rId219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214" Type="http://schemas.openxmlformats.org/officeDocument/2006/relationships/hyperlink" Target="http://school-/" TargetMode="External"/><Relationship Id="rId230" Type="http://schemas.openxmlformats.org/officeDocument/2006/relationships/hyperlink" Target="https://education.yandex.ru/" TargetMode="External"/><Relationship Id="rId235" Type="http://schemas.openxmlformats.org/officeDocument/2006/relationships/hyperlink" Target="https://education.yandex.ru/" TargetMode="External"/><Relationship Id="rId251" Type="http://schemas.openxmlformats.org/officeDocument/2006/relationships/hyperlink" Target="http://school-/" TargetMode="External"/><Relationship Id="rId256" Type="http://schemas.openxmlformats.org/officeDocument/2006/relationships/hyperlink" Target="https://education.yandex.ru/" TargetMode="External"/><Relationship Id="rId277" Type="http://schemas.openxmlformats.org/officeDocument/2006/relationships/hyperlink" Target="http://school-/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education.yandex.ru/" TargetMode="External"/><Relationship Id="rId67" Type="http://schemas.openxmlformats.org/officeDocument/2006/relationships/hyperlink" Target="https://resh.edu.ru/subject/lesson/3971/main/302205/" TargetMode="External"/><Relationship Id="rId116" Type="http://schemas.openxmlformats.org/officeDocument/2006/relationships/hyperlink" Target="https://uchi.ru/" TargetMode="External"/><Relationship Id="rId137" Type="http://schemas.openxmlformats.org/officeDocument/2006/relationships/hyperlink" Target="http://school-/" TargetMode="External"/><Relationship Id="rId158" Type="http://schemas.openxmlformats.org/officeDocument/2006/relationships/hyperlink" Target="https://education.yandex.ru/" TargetMode="External"/><Relationship Id="rId272" Type="http://schemas.openxmlformats.org/officeDocument/2006/relationships/hyperlink" Target="https://education.yandex.ru/" TargetMode="External"/><Relationship Id="rId20" Type="http://schemas.openxmlformats.org/officeDocument/2006/relationships/hyperlink" Target="https://education.yandex.ru/" TargetMode="External"/><Relationship Id="rId41" Type="http://schemas.openxmlformats.org/officeDocument/2006/relationships/hyperlink" Target="https://uchi.ru/" TargetMode="External"/><Relationship Id="rId62" Type="http://schemas.openxmlformats.org/officeDocument/2006/relationships/hyperlink" Target="https://resh.edu.ru/subject/lesson/5194/main/121552/" TargetMode="External"/><Relationship Id="rId83" Type="http://schemas.openxmlformats.org/officeDocument/2006/relationships/hyperlink" Target="https://education.yandex.ru/" TargetMode="External"/><Relationship Id="rId88" Type="http://schemas.openxmlformats.org/officeDocument/2006/relationships/hyperlink" Target="http://school-/" TargetMode="External"/><Relationship Id="rId111" Type="http://schemas.openxmlformats.org/officeDocument/2006/relationships/hyperlink" Target="http://school-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hyperlink" Target="http://school-/" TargetMode="External"/><Relationship Id="rId174" Type="http://schemas.openxmlformats.org/officeDocument/2006/relationships/hyperlink" Target="https://education.yandex.ru/" TargetMode="External"/><Relationship Id="rId179" Type="http://schemas.openxmlformats.org/officeDocument/2006/relationships/hyperlink" Target="http://school-/" TargetMode="External"/><Relationship Id="rId195" Type="http://schemas.openxmlformats.org/officeDocument/2006/relationships/hyperlink" Target="http://school-/" TargetMode="External"/><Relationship Id="rId209" Type="http://schemas.openxmlformats.org/officeDocument/2006/relationships/hyperlink" Target="http://school-/" TargetMode="External"/><Relationship Id="rId190" Type="http://schemas.openxmlformats.org/officeDocument/2006/relationships/hyperlink" Target="http://school-/" TargetMode="External"/><Relationship Id="rId204" Type="http://schemas.openxmlformats.org/officeDocument/2006/relationships/hyperlink" Target="http://school-/" TargetMode="External"/><Relationship Id="rId220" Type="http://schemas.openxmlformats.org/officeDocument/2006/relationships/hyperlink" Target="http://school-/" TargetMode="External"/><Relationship Id="rId225" Type="http://schemas.openxmlformats.org/officeDocument/2006/relationships/hyperlink" Target="http://school-/" TargetMode="External"/><Relationship Id="rId241" Type="http://schemas.openxmlformats.org/officeDocument/2006/relationships/hyperlink" Target="http://school-/" TargetMode="External"/><Relationship Id="rId246" Type="http://schemas.openxmlformats.org/officeDocument/2006/relationships/hyperlink" Target="https://education.yandex.ru/" TargetMode="External"/><Relationship Id="rId267" Type="http://schemas.openxmlformats.org/officeDocument/2006/relationships/hyperlink" Target="http://school-/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education.yandex.ru/" TargetMode="External"/><Relationship Id="rId57" Type="http://schemas.openxmlformats.org/officeDocument/2006/relationships/hyperlink" Target="https://education.yandex.ru/" TargetMode="External"/><Relationship Id="rId106" Type="http://schemas.openxmlformats.org/officeDocument/2006/relationships/hyperlink" Target="https://uchi.ru/" TargetMode="External"/><Relationship Id="rId127" Type="http://schemas.openxmlformats.org/officeDocument/2006/relationships/hyperlink" Target="http://school-/" TargetMode="External"/><Relationship Id="rId262" Type="http://schemas.openxmlformats.org/officeDocument/2006/relationships/hyperlink" Target="https://education.yandex.ru/" TargetMode="External"/><Relationship Id="rId283" Type="http://schemas.microsoft.com/office/2007/relationships/stylesWithEffects" Target="stylesWithEffects.xml"/><Relationship Id="rId10" Type="http://schemas.openxmlformats.org/officeDocument/2006/relationships/hyperlink" Target="https://education.yandex.ru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education.yandex.ru/" TargetMode="External"/><Relationship Id="rId73" Type="http://schemas.openxmlformats.org/officeDocument/2006/relationships/hyperlink" Target="https://education.yandex.ru/" TargetMode="External"/><Relationship Id="rId78" Type="http://schemas.openxmlformats.org/officeDocument/2006/relationships/hyperlink" Target="https://uchi.ru/" TargetMode="External"/><Relationship Id="rId94" Type="http://schemas.openxmlformats.org/officeDocument/2006/relationships/hyperlink" Target="http://school-/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://school-/" TargetMode="External"/><Relationship Id="rId122" Type="http://schemas.openxmlformats.org/officeDocument/2006/relationships/hyperlink" Target="https://education.yandex.ru/" TargetMode="External"/><Relationship Id="rId143" Type="http://schemas.openxmlformats.org/officeDocument/2006/relationships/hyperlink" Target="http://school-/" TargetMode="External"/><Relationship Id="rId148" Type="http://schemas.openxmlformats.org/officeDocument/2006/relationships/hyperlink" Target="https://education.yandex.ru/" TargetMode="External"/><Relationship Id="rId164" Type="http://schemas.openxmlformats.org/officeDocument/2006/relationships/hyperlink" Target="http://school-/" TargetMode="External"/><Relationship Id="rId169" Type="http://schemas.openxmlformats.org/officeDocument/2006/relationships/hyperlink" Target="http://school-/" TargetMode="External"/><Relationship Id="rId185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80" Type="http://schemas.openxmlformats.org/officeDocument/2006/relationships/hyperlink" Target="http://school-/" TargetMode="External"/><Relationship Id="rId210" Type="http://schemas.openxmlformats.org/officeDocument/2006/relationships/hyperlink" Target="https://education.yandex.ru/" TargetMode="External"/><Relationship Id="rId215" Type="http://schemas.openxmlformats.org/officeDocument/2006/relationships/hyperlink" Target="http://school-/" TargetMode="External"/><Relationship Id="rId236" Type="http://schemas.openxmlformats.org/officeDocument/2006/relationships/hyperlink" Target="http://school-/" TargetMode="External"/><Relationship Id="rId257" Type="http://schemas.openxmlformats.org/officeDocument/2006/relationships/hyperlink" Target="http://school-/" TargetMode="External"/><Relationship Id="rId278" Type="http://schemas.openxmlformats.org/officeDocument/2006/relationships/hyperlink" Target="https://education.yandex.ru/" TargetMode="External"/><Relationship Id="rId26" Type="http://schemas.openxmlformats.org/officeDocument/2006/relationships/hyperlink" Target="https://education.yandex.ru/" TargetMode="External"/><Relationship Id="rId231" Type="http://schemas.openxmlformats.org/officeDocument/2006/relationships/hyperlink" Target="http://school-/" TargetMode="External"/><Relationship Id="rId252" Type="http://schemas.openxmlformats.org/officeDocument/2006/relationships/hyperlink" Target="https://education.yandex.ru/" TargetMode="External"/><Relationship Id="rId273" Type="http://schemas.openxmlformats.org/officeDocument/2006/relationships/hyperlink" Target="http://school-/" TargetMode="External"/><Relationship Id="rId47" Type="http://schemas.openxmlformats.org/officeDocument/2006/relationships/hyperlink" Target="https://uchi.ru/" TargetMode="External"/><Relationship Id="rId68" Type="http://schemas.openxmlformats.org/officeDocument/2006/relationships/hyperlink" Target="https://uchi.ru/" TargetMode="External"/><Relationship Id="rId89" Type="http://schemas.openxmlformats.org/officeDocument/2006/relationships/hyperlink" Target="https://education.yandex.ru/" TargetMode="External"/><Relationship Id="rId112" Type="http://schemas.openxmlformats.org/officeDocument/2006/relationships/hyperlink" Target="https://uchi.ru/" TargetMode="External"/><Relationship Id="rId133" Type="http://schemas.openxmlformats.org/officeDocument/2006/relationships/hyperlink" Target="https://education.yandex.ru/" TargetMode="External"/><Relationship Id="rId154" Type="http://schemas.openxmlformats.org/officeDocument/2006/relationships/hyperlink" Target="https://uchi.ru/" TargetMode="External"/><Relationship Id="rId175" Type="http://schemas.openxmlformats.org/officeDocument/2006/relationships/hyperlink" Target="http://school-/" TargetMode="External"/><Relationship Id="rId196" Type="http://schemas.openxmlformats.org/officeDocument/2006/relationships/hyperlink" Target="http://school-/" TargetMode="External"/><Relationship Id="rId200" Type="http://schemas.openxmlformats.org/officeDocument/2006/relationships/hyperlink" Target="https://education.yandex.ru/" TargetMode="External"/><Relationship Id="rId16" Type="http://schemas.openxmlformats.org/officeDocument/2006/relationships/hyperlink" Target="https://education.yandex.ru/" TargetMode="External"/><Relationship Id="rId221" Type="http://schemas.openxmlformats.org/officeDocument/2006/relationships/hyperlink" Target="https://education.yandex.ru/" TargetMode="External"/><Relationship Id="rId242" Type="http://schemas.openxmlformats.org/officeDocument/2006/relationships/hyperlink" Target="http://school-/" TargetMode="External"/><Relationship Id="rId263" Type="http://schemas.openxmlformats.org/officeDocument/2006/relationships/hyperlink" Target="http://school-/" TargetMode="External"/><Relationship Id="rId37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79" Type="http://schemas.openxmlformats.org/officeDocument/2006/relationships/hyperlink" Target="https://education.yandex.ru/" TargetMode="External"/><Relationship Id="rId102" Type="http://schemas.openxmlformats.org/officeDocument/2006/relationships/hyperlink" Target="https://uchi.ru/" TargetMode="External"/><Relationship Id="rId123" Type="http://schemas.openxmlformats.org/officeDocument/2006/relationships/hyperlink" Target="http://school-/" TargetMode="External"/><Relationship Id="rId144" Type="http://schemas.openxmlformats.org/officeDocument/2006/relationships/hyperlink" Target="http://school-/" TargetMode="External"/><Relationship Id="rId90" Type="http://schemas.openxmlformats.org/officeDocument/2006/relationships/hyperlink" Target="http://school-/" TargetMode="External"/><Relationship Id="rId165" Type="http://schemas.openxmlformats.org/officeDocument/2006/relationships/hyperlink" Target="http://school-/" TargetMode="External"/><Relationship Id="rId186" Type="http://schemas.openxmlformats.org/officeDocument/2006/relationships/hyperlink" Target="https://education.yandex.ru/" TargetMode="External"/><Relationship Id="rId211" Type="http://schemas.openxmlformats.org/officeDocument/2006/relationships/hyperlink" Target="http://school-/" TargetMode="External"/><Relationship Id="rId232" Type="http://schemas.openxmlformats.org/officeDocument/2006/relationships/hyperlink" Target="http://school-/" TargetMode="External"/><Relationship Id="rId253" Type="http://schemas.openxmlformats.org/officeDocument/2006/relationships/hyperlink" Target="http://school-/" TargetMode="External"/><Relationship Id="rId274" Type="http://schemas.openxmlformats.org/officeDocument/2006/relationships/hyperlink" Target="https://education.yandex.ru/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s://education.yandex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education.yandex.ru/" TargetMode="External"/><Relationship Id="rId134" Type="http://schemas.openxmlformats.org/officeDocument/2006/relationships/hyperlink" Target="http://school-/" TargetMode="External"/><Relationship Id="rId80" Type="http://schemas.openxmlformats.org/officeDocument/2006/relationships/hyperlink" Target="https://uchi.ru/" TargetMode="External"/><Relationship Id="rId155" Type="http://schemas.openxmlformats.org/officeDocument/2006/relationships/hyperlink" Target="https://education.yandex.ru/" TargetMode="External"/><Relationship Id="rId176" Type="http://schemas.openxmlformats.org/officeDocument/2006/relationships/hyperlink" Target="http://school-/" TargetMode="External"/><Relationship Id="rId197" Type="http://schemas.openxmlformats.org/officeDocument/2006/relationships/hyperlink" Target="https://education.yandex.ru/" TargetMode="External"/><Relationship Id="rId201" Type="http://schemas.openxmlformats.org/officeDocument/2006/relationships/hyperlink" Target="http://school-/" TargetMode="External"/><Relationship Id="rId222" Type="http://schemas.openxmlformats.org/officeDocument/2006/relationships/hyperlink" Target="http://school-/" TargetMode="External"/><Relationship Id="rId243" Type="http://schemas.openxmlformats.org/officeDocument/2006/relationships/hyperlink" Target="http://school-/" TargetMode="External"/><Relationship Id="rId264" Type="http://schemas.openxmlformats.org/officeDocument/2006/relationships/hyperlink" Target="https://education.yandex.ru/" TargetMode="External"/><Relationship Id="rId17" Type="http://schemas.openxmlformats.org/officeDocument/2006/relationships/hyperlink" Target="https://education.yandex.ru/" TargetMode="External"/><Relationship Id="rId38" Type="http://schemas.openxmlformats.org/officeDocument/2006/relationships/hyperlink" Target="https://education.yandex.ru/" TargetMode="External"/><Relationship Id="rId59" Type="http://schemas.openxmlformats.org/officeDocument/2006/relationships/hyperlink" Target="https://education.yandex.ru/" TargetMode="External"/><Relationship Id="rId103" Type="http://schemas.openxmlformats.org/officeDocument/2006/relationships/hyperlink" Target="https://education.yandex.ru/" TargetMode="External"/><Relationship Id="rId124" Type="http://schemas.openxmlformats.org/officeDocument/2006/relationships/hyperlink" Target="http://school-/" TargetMode="External"/><Relationship Id="rId70" Type="http://schemas.openxmlformats.org/officeDocument/2006/relationships/hyperlink" Target="https://education.yandex.ru/" TargetMode="External"/><Relationship Id="rId91" Type="http://schemas.openxmlformats.org/officeDocument/2006/relationships/hyperlink" Target="http://school-/" TargetMode="External"/><Relationship Id="rId145" Type="http://schemas.openxmlformats.org/officeDocument/2006/relationships/hyperlink" Target="http://school-/" TargetMode="External"/><Relationship Id="rId166" Type="http://schemas.openxmlformats.org/officeDocument/2006/relationships/hyperlink" Target="https://education.yandex.ru/" TargetMode="External"/><Relationship Id="rId187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school-/" TargetMode="External"/><Relationship Id="rId233" Type="http://schemas.openxmlformats.org/officeDocument/2006/relationships/hyperlink" Target="http://school-/" TargetMode="External"/><Relationship Id="rId254" Type="http://schemas.openxmlformats.org/officeDocument/2006/relationships/hyperlink" Target="https://education.yandex.ru/" TargetMode="External"/><Relationship Id="rId28" Type="http://schemas.openxmlformats.org/officeDocument/2006/relationships/hyperlink" Target="https://education.yandex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://school-/" TargetMode="External"/><Relationship Id="rId275" Type="http://schemas.openxmlformats.org/officeDocument/2006/relationships/hyperlink" Target="http://school-/" TargetMode="External"/><Relationship Id="rId60" Type="http://schemas.openxmlformats.org/officeDocument/2006/relationships/hyperlink" Target="https://uchi.ru/" TargetMode="External"/><Relationship Id="rId81" Type="http://schemas.openxmlformats.org/officeDocument/2006/relationships/hyperlink" Target="https://education.yandex.ru/" TargetMode="External"/><Relationship Id="rId135" Type="http://schemas.openxmlformats.org/officeDocument/2006/relationships/hyperlink" Target="http://school-/" TargetMode="External"/><Relationship Id="rId156" Type="http://schemas.openxmlformats.org/officeDocument/2006/relationships/hyperlink" Target="http://school-/" TargetMode="External"/><Relationship Id="rId177" Type="http://schemas.openxmlformats.org/officeDocument/2006/relationships/hyperlink" Target="http://school-/" TargetMode="External"/><Relationship Id="rId198" Type="http://schemas.openxmlformats.org/officeDocument/2006/relationships/hyperlink" Target="http://school-/" TargetMode="External"/><Relationship Id="rId202" Type="http://schemas.openxmlformats.org/officeDocument/2006/relationships/hyperlink" Target="http://school-/" TargetMode="External"/><Relationship Id="rId223" Type="http://schemas.openxmlformats.org/officeDocument/2006/relationships/hyperlink" Target="http://school-/" TargetMode="External"/><Relationship Id="rId244" Type="http://schemas.openxmlformats.org/officeDocument/2006/relationships/hyperlink" Target="https://education.yande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788E6-D121-411B-8C9A-3DC5739E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27785</Words>
  <Characters>158377</Characters>
  <Application>Microsoft Office Word</Application>
  <DocSecurity>0</DocSecurity>
  <Lines>1319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Admin00</cp:lastModifiedBy>
  <cp:revision>25</cp:revision>
  <cp:lastPrinted>2023-09-27T17:59:00Z</cp:lastPrinted>
  <dcterms:created xsi:type="dcterms:W3CDTF">2022-06-10T02:42:00Z</dcterms:created>
  <dcterms:modified xsi:type="dcterms:W3CDTF">2023-09-30T16:11:00Z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2022-06-10T00:00:00Z</vt:filetime>
  </property>
</Properties>
</file>